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footer1.xml" ContentType="application/vnd.openxmlformats-officedocument.wordprocessingml.footer+xml"/>
  <Override PartName="/word/header1.xml" ContentType="application/vnd.openxmlformats-officedocument.wordprocessingml.head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autofit"/>
        <w:tblLook w:val="04A0" w:firstRow="1" w:lastRow="0" w:firstColumn="1" w:lastColumn="0" w:noHBand="0" w:noVBand="1"/>
        <w:jc w:val="center"/>
        <w:tblBorders>
          <w:top w:val="single" w:color="17365D" w:sz="0"/>
          <w:left w:val="single" w:color="17365D" w:sz="0"/>
          <w:bottom w:val="single" w:color="17365D" w:sz="0"/>
          <w:right w:val="single" w:color="17365D" w:sz="0"/>
          <w:insideH w:val="single" w:color="17365D" w:sz="0"/>
          <w:insideV w:val="single" w:color="17365D" w:sz="0"/>
        </w:tblBorders>
      </w:tblPr>
      <w:tblGrid>
        <w:gridCol w:w="7560"/>
        <w:gridCol w:w="2736"/>
      </w:tblGrid>
      <w:tr xmlns:wp14="http://schemas.microsoft.com/office/word/2010/wordml" w:rsidTr="3DE85AC2" w14:paraId="1105AB58" wp14:textId="77777777">
        <w:trPr/>
        <w:tc>
          <w:tcPr>
            <w:tcW w:w="0" w:type="auto"/>
            <w:shd w:val="clear" w:color="auto" w:fill="DAE8F8"/>
            <w:tcMar>
              <w:top w:w="45" w:type="dxa"/>
              <w:left w:w="70" w:type="dxa"/>
              <w:bottom w:w="45" w:type="dxa"/>
              <w:right w:w="70" w:type="dxa"/>
            </w:tcMar>
            <w:vAlign w:val="center"/>
            <w:tcMar>
              <w:top w:w="90" w:type="dxa"/>
              <w:start w:w="100" w:type="dxa"/>
              <w:bottom w:w="90" w:type="dxa"/>
              <w:end w:w="100" w:type="dxa"/>
            </w:tcMar>
          </w:tcPr>
          <w:p w14:paraId="560DBF02" wp14:textId="77777777">
            <w:pPr>
              <w:spacing w:before="0" w:after="0" w:line="240" w:lineRule="auto"/>
            </w:pPr>
            <w:r w:rsidRPr="3DE85AC2" w:rsidR="3DE85AC2">
              <w:rPr>
                <w:rFonts w:ascii="Aptos" w:hAnsi="Aptos"/>
                <w:b w:val="1"/>
                <w:bCs w:val="1"/>
                <w:color w:val="FF0000"/>
                <w:sz w:val="28"/>
                <w:szCs w:val="28"/>
              </w:rPr>
              <w:t>VOLUNTEERS OF AMERICA COLORADO</w:t>
            </w:r>
            <w:r>
              <w:rPr>
                <w:sz w:val="22"/>
              </w:rPr>
              <w:br/>
            </w:r>
            <w:r w:rsidRPr="3DE85AC2" w:rsidR="3DE85AC2">
              <w:rPr>
                <w:sz w:val="22"/>
                <w:szCs w:val="22"/>
              </w:rPr>
              <w:t>CITY HARVEST PROGRAM</w:t>
            </w:r>
          </w:p>
        </w:tc>
        <w:tc>
          <w:tcPr>
            <w:tcW w:w="0" w:type="auto"/>
            <w:shd w:val="clear" w:color="auto" w:fill="2F75B5"/>
            <w:tcMar>
              <w:top w:w="45" w:type="dxa"/>
              <w:left w:w="70" w:type="dxa"/>
              <w:bottom w:w="45" w:type="dxa"/>
              <w:right w:w="70" w:type="dxa"/>
            </w:tcMar>
            <w:vAlign w:val="center"/>
            <w:tcMar>
              <w:top w:w="90" w:type="dxa"/>
              <w:start w:w="100" w:type="dxa"/>
              <w:bottom w:w="90" w:type="dxa"/>
              <w:end w:w="100" w:type="dxa"/>
            </w:tcMar>
          </w:tcPr>
          <w:p w14:paraId="416FDF8B" wp14:textId="77777777">
            <w:pPr>
              <w:spacing w:before="0" w:after="0" w:line="240" w:lineRule="auto"/>
              <w:jc w:val="center"/>
            </w:pPr>
            <w:r/>
            <w:r>
              <w:rPr>
                <w:rFonts w:ascii="Aptos" w:hAnsi="Aptos"/>
                <w:b/>
                <w:color w:val="FFFFFF"/>
                <w:sz w:val="36"/>
              </w:rPr>
              <w:t>2026</w:t>
            </w:r>
            <w:r>
              <w:rPr>
                <w:sz w:val="16"/>
              </w:rPr>
              <w:br/>
            </w:r>
            <w:r>
              <w:rPr>
                <w:sz w:val="16"/>
              </w:rPr>
              <w:t>AGENCY APPLICATION</w:t>
            </w:r>
          </w:p>
        </w:tc>
      </w:tr>
    </w:tbl>
    <w:tbl>
      <w:tblPr>
        <w:tblW w:w="5000" w:type="pct"/>
        <w:jc w:val="center"/>
        <w:tblLayout w:type="autofit"/>
        <w:tblLook w:val="04A0" w:firstRow="1" w:lastRow="0" w:firstColumn="1" w:lastColumn="0" w:noHBand="0" w:noVBand="1"/>
      </w:tblPr>
      <w:tblGrid>
        <w:gridCol w:w="6336"/>
        <w:gridCol w:w="3960"/>
      </w:tblGrid>
      <w:tr xmlns:wp14="http://schemas.microsoft.com/office/word/2010/wordml" w14:paraId="478F0AD7" wp14:textId="77777777">
        <w:trPr/>
        <w:tc>
          <w:tcPr>
            <w:tcW w:w="0" w:type="auto"/>
            <w:vAlign w:val="center"/>
            <w:tcMar>
              <w:top w:w="45" w:type="dxa"/>
              <w:start w:w="100" w:type="dxa"/>
              <w:bottom w:w="45" w:type="dxa"/>
              <w:end w:w="100" w:type="dxa"/>
              <w:left w:w="70" w:type="dxa"/>
              <w:right w:w="70" w:type="dxa"/>
            </w:tcMar>
          </w:tcPr>
          <w:p w14:paraId="268FD094" wp14:textId="77777777">
            <w:pPr>
              <w:spacing w:before="0" w:after="0" w:line="240" w:lineRule="auto"/>
            </w:pPr>
            <w:r/>
            <w:r>
              <w:rPr>
                <w:rFonts w:ascii="Aptos" w:hAnsi="Aptos"/>
                <w:b w:val="0"/>
                <w:color w:val="5B6573"/>
                <w:sz w:val="16"/>
              </w:rPr>
              <w:t>4915 E. 52nd Ave.  |  Commerce City, CO 80022</w:t>
            </w:r>
          </w:p>
        </w:tc>
        <w:tc>
          <w:tcPr>
            <w:tcW w:w="0" w:type="auto"/>
            <w:vAlign w:val="center"/>
            <w:tcMar>
              <w:top w:w="45" w:type="dxa"/>
              <w:start w:w="100" w:type="dxa"/>
              <w:bottom w:w="45" w:type="dxa"/>
              <w:end w:w="100" w:type="dxa"/>
              <w:left w:w="70" w:type="dxa"/>
              <w:right w:w="70" w:type="dxa"/>
            </w:tcMar>
          </w:tcPr>
          <w:p w14:paraId="329B8A67" wp14:textId="77777777">
            <w:pPr>
              <w:spacing w:before="0" w:after="0" w:line="240" w:lineRule="auto"/>
              <w:jc w:val="right"/>
            </w:pPr>
            <w:r/>
            <w:r>
              <w:rPr>
                <w:rFonts w:ascii="Aptos" w:hAnsi="Aptos"/>
                <w:b w:val="0"/>
                <w:color w:val="2F75B5"/>
                <w:sz w:val="16"/>
              </w:rPr>
              <w:t>CityHarvestStaff@voacolorado.org</w:t>
            </w:r>
          </w:p>
        </w:tc>
      </w:tr>
    </w:tbl>
    <w:p xmlns:wp14="http://schemas.microsoft.com/office/word/2010/wordml" w14:paraId="0148E1DA" wp14:textId="77777777">
      <w:pPr>
        <w:spacing w:before="0" w:after="40" w:line="240" w:lineRule="auto"/>
        <w:jc w:val="center"/>
      </w:pPr>
      <w:r>
        <w:rPr>
          <w:b/>
          <w:color w:val="17365D"/>
          <w:sz w:val="18"/>
        </w:rPr>
        <w:t>HOURS OF OPERATION:  MONDAY - THURSDAY  |  8:00 A.M. - 12:30 P.M.</w:t>
      </w:r>
    </w:p>
    <w:tbl>
      <w:tblPr>
        <w:tblW w:w="5000" w:type="pct"/>
        <w:jc w:val="center"/>
        <w:tblLayout w:type="autofit"/>
        <w:tblLook w:val="04A0" w:firstRow="1" w:lastRow="0" w:firstColumn="1" w:lastColumn="0" w:noHBand="0" w:noVBand="1"/>
      </w:tblPr>
      <w:tblGrid>
        <w:gridCol w:w="10296"/>
      </w:tblGrid>
      <w:tr xmlns:wp14="http://schemas.microsoft.com/office/word/2010/wordml" w14:paraId="34C0B964" wp14:textId="77777777">
        <w:trPr/>
        <w:tc>
          <w:tcPr>
            <w:tcW w:w="0" w:type="auto"/>
            <w:shd w:fill="17365D"/>
            <w:tcMar>
              <w:top w:w="45" w:type="dxa"/>
              <w:start w:w="100" w:type="dxa"/>
              <w:bottom w:w="45" w:type="dxa"/>
              <w:end w:w="100" w:type="dxa"/>
              <w:left w:w="70" w:type="dxa"/>
              <w:right w:w="70" w:type="dxa"/>
            </w:tcMar>
            <w:vAlign w:val="center"/>
          </w:tcPr>
          <w:p w14:paraId="2F903DDE" wp14:textId="77777777">
            <w:pPr>
              <w:spacing w:before="0" w:after="0" w:line="240" w:lineRule="auto"/>
            </w:pPr>
            <w:r/>
            <w:r>
              <w:rPr>
                <w:rFonts w:ascii="Aptos" w:hAnsi="Aptos"/>
                <w:b/>
                <w:color w:val="FFFFFF"/>
                <w:sz w:val="22"/>
              </w:rPr>
              <w:t>WAREHOUSE GUIDELINES</w:t>
            </w:r>
          </w:p>
          <w:p w14:paraId="26A43877" wp14:textId="77777777">
            <w:pPr>
              <w:spacing w:before="0" w:after="0" w:line="240" w:lineRule="auto"/>
            </w:pPr>
            <w:r>
              <w:rPr>
                <w:rFonts w:ascii="Aptos" w:hAnsi="Aptos"/>
                <w:color w:val="DCE6F1"/>
                <w:sz w:val="16"/>
              </w:rPr>
              <w:t>Please review these requirements before signing and submitting the application.</w:t>
            </w:r>
          </w:p>
        </w:tc>
      </w:tr>
    </w:tbl>
    <w:tbl>
      <w:tblPr>
        <w:tblW w:w="5000" w:type="pct"/>
        <w:tblLayout w:type="autofit"/>
        <w:tblLook w:val="04A0" w:firstRow="1" w:lastRow="0" w:firstColumn="1" w:lastColumn="0" w:noHBand="0" w:noVBand="1"/>
        <w:jc w:val="center"/>
        <w:tblBorders>
          <w:top w:val="single" w:color="B8C4D0" w:sz="6"/>
          <w:left w:val="single" w:color="B8C4D0" w:sz="6"/>
          <w:bottom w:val="single" w:color="B8C4D0" w:sz="6"/>
          <w:right w:val="single" w:color="B8C4D0" w:sz="6"/>
          <w:insideH w:val="single" w:color="B8C4D0" w:sz="6"/>
          <w:insideV w:val="single" w:color="B8C4D0" w:sz="6"/>
        </w:tblBorders>
      </w:tblPr>
      <w:tblGrid>
        <w:gridCol w:w="605"/>
        <w:gridCol w:w="9691"/>
      </w:tblGrid>
      <w:tr xmlns:wp14="http://schemas.microsoft.com/office/word/2010/wordml" w:rsidTr="3109C093" w14:paraId="4B55ED82" wp14:textId="77777777">
        <w:trPr>
          <w:tblHeader w:val="true"/>
        </w:trPr>
        <w:tc>
          <w:tcPr>
            <w:tcW w:w="0" w:type="auto"/>
            <w:shd w:val="clear" w:color="auto" w:fill="2F75B5"/>
            <w:tcMar>
              <w:top w:w="45" w:type="dxa"/>
              <w:left w:w="70" w:type="dxa"/>
              <w:bottom w:w="45" w:type="dxa"/>
              <w:right w:w="70" w:type="dxa"/>
            </w:tcMar>
            <w:vAlign w:val="center"/>
            <w:tcMar>
              <w:top w:w="90" w:type="dxa"/>
              <w:start w:w="100" w:type="dxa"/>
              <w:bottom w:w="90" w:type="dxa"/>
              <w:end w:w="100" w:type="dxa"/>
            </w:tcMar>
            <w:shd w:fill="2F75B5"/>
          </w:tcPr>
          <w:p w14:paraId="5AFC7B24" wp14:textId="77777777">
            <w:pPr>
              <w:spacing w:before="0" w:after="0" w:line="240" w:lineRule="auto"/>
              <w:jc w:val="center"/>
            </w:pPr>
            <w:r/>
            <w:r>
              <w:rPr>
                <w:rFonts w:ascii="Aptos" w:hAnsi="Aptos"/>
                <w:b/>
                <w:color w:val="FFFFFF"/>
                <w:sz w:val="18"/>
              </w:rPr>
              <w:t>#</w:t>
            </w:r>
          </w:p>
        </w:tc>
        <w:tc>
          <w:tcPr>
            <w:tcW w:w="0" w:type="auto"/>
            <w:shd w:val="clear" w:color="auto" w:fill="2F75B5"/>
            <w:tcMar>
              <w:top w:w="45" w:type="dxa"/>
              <w:left w:w="70" w:type="dxa"/>
              <w:bottom w:w="45" w:type="dxa"/>
              <w:right w:w="70" w:type="dxa"/>
            </w:tcMar>
            <w:vAlign w:val="center"/>
            <w:tcMar>
              <w:top w:w="90" w:type="dxa"/>
              <w:start w:w="100" w:type="dxa"/>
              <w:bottom w:w="90" w:type="dxa"/>
              <w:end w:w="100" w:type="dxa"/>
            </w:tcMar>
            <w:shd w:fill="2F75B5"/>
          </w:tcPr>
          <w:p w14:paraId="4F504E60" wp14:textId="77777777">
            <w:pPr>
              <w:spacing w:before="0" w:after="0" w:line="240" w:lineRule="auto"/>
            </w:pPr>
            <w:r/>
            <w:r>
              <w:rPr>
                <w:rFonts w:ascii="Aptos" w:hAnsi="Aptos"/>
                <w:b/>
                <w:color w:val="FFFFFF"/>
                <w:sz w:val="18"/>
              </w:rPr>
              <w:t>REQUIREMENT</w:t>
            </w:r>
          </w:p>
        </w:tc>
      </w:tr>
      <w:tr xmlns:wp14="http://schemas.microsoft.com/office/word/2010/wordml" w:rsidTr="3109C093" w14:paraId="1C26B635" wp14:textId="77777777">
        <w:trPr/>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649841BE" wp14:textId="77777777">
            <w:pPr>
              <w:spacing w:before="0" w:after="0" w:line="240" w:lineRule="auto"/>
              <w:jc w:val="center"/>
            </w:pPr>
            <w:r/>
            <w:r>
              <w:rPr>
                <w:rFonts w:ascii="Aptos" w:hAnsi="Aptos"/>
                <w:b/>
                <w:color w:val="17365D"/>
                <w:sz w:val="18"/>
              </w:rPr>
              <w:t>1</w:t>
            </w:r>
          </w:p>
        </w:tc>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rsidP="442D1CD9" w14:paraId="2D01A7E4" wp14:textId="21578BCA">
            <w:pPr>
              <w:spacing w:before="0" w:beforeAutospacing="off" w:after="0" w:afterAutospacing="off" w:line="240" w:lineRule="auto"/>
              <w:rPr>
                <w:rFonts w:ascii="Segoe UI" w:hAnsi="Segoe UI" w:eastAsia="Segoe UI" w:cs="Segoe UI"/>
                <w:b w:val="0"/>
                <w:bCs w:val="0"/>
                <w:i w:val="0"/>
                <w:iCs w:val="0"/>
                <w:noProof w:val="0"/>
                <w:sz w:val="17"/>
                <w:szCs w:val="17"/>
                <w:lang w:val="en-US"/>
              </w:rPr>
            </w:pPr>
            <w:r w:rsidRPr="442D1CD9" w:rsidR="32F4931C">
              <w:rPr>
                <w:rFonts w:ascii="Segoe UI" w:hAnsi="Segoe UI" w:eastAsia="Segoe UI" w:cs="Segoe UI"/>
                <w:b w:val="0"/>
                <w:bCs w:val="0"/>
                <w:i w:val="0"/>
                <w:iCs w:val="0"/>
                <w:noProof w:val="0"/>
                <w:sz w:val="17"/>
                <w:szCs w:val="17"/>
                <w:lang w:val="en-US"/>
              </w:rPr>
              <w:t>Authorized</w:t>
            </w:r>
            <w:r w:rsidRPr="442D1CD9" w:rsidR="0EC4EE5B">
              <w:rPr>
                <w:rFonts w:ascii="Segoe UI" w:hAnsi="Segoe UI" w:eastAsia="Segoe UI" w:cs="Segoe UI"/>
                <w:b w:val="0"/>
                <w:bCs w:val="0"/>
                <w:i w:val="0"/>
                <w:iCs w:val="0"/>
                <w:noProof w:val="0"/>
                <w:sz w:val="17"/>
                <w:szCs w:val="17"/>
                <w:lang w:val="en-US"/>
              </w:rPr>
              <w:t xml:space="preserve"> agency</w:t>
            </w:r>
            <w:r w:rsidRPr="442D1CD9" w:rsidR="32F4931C">
              <w:rPr>
                <w:rFonts w:ascii="Segoe UI" w:hAnsi="Segoe UI" w:eastAsia="Segoe UI" w:cs="Segoe UI"/>
                <w:b w:val="0"/>
                <w:bCs w:val="0"/>
                <w:i w:val="0"/>
                <w:iCs w:val="0"/>
                <w:noProof w:val="0"/>
                <w:sz w:val="17"/>
                <w:szCs w:val="17"/>
                <w:lang w:val="en-US"/>
              </w:rPr>
              <w:t xml:space="preserve"> representatives, or individuals with a</w:t>
            </w:r>
            <w:r w:rsidRPr="442D1CD9" w:rsidR="3574DDFD">
              <w:rPr>
                <w:rFonts w:ascii="Segoe UI" w:hAnsi="Segoe UI" w:eastAsia="Segoe UI" w:cs="Segoe UI"/>
                <w:b w:val="0"/>
                <w:bCs w:val="0"/>
                <w:i w:val="0"/>
                <w:iCs w:val="0"/>
                <w:noProof w:val="0"/>
                <w:sz w:val="17"/>
                <w:szCs w:val="17"/>
                <w:lang w:val="en-US"/>
              </w:rPr>
              <w:t xml:space="preserve">n approved </w:t>
            </w:r>
            <w:r w:rsidRPr="442D1CD9" w:rsidR="32F4931C">
              <w:rPr>
                <w:rFonts w:ascii="Segoe UI" w:hAnsi="Segoe UI" w:eastAsia="Segoe UI" w:cs="Segoe UI"/>
                <w:b w:val="0"/>
                <w:bCs w:val="0"/>
                <w:i w:val="0"/>
                <w:iCs w:val="0"/>
                <w:noProof w:val="0"/>
                <w:sz w:val="17"/>
                <w:szCs w:val="17"/>
                <w:lang w:val="en-US"/>
              </w:rPr>
              <w:t xml:space="preserve">badge, may enter the warehouse only during posted operating hours and </w:t>
            </w:r>
            <w:r w:rsidRPr="442D1CD9" w:rsidR="32F4931C">
              <w:rPr>
                <w:rFonts w:ascii="Segoe UI" w:hAnsi="Segoe UI" w:eastAsia="Segoe UI" w:cs="Segoe UI"/>
                <w:b w:val="0"/>
                <w:bCs w:val="0"/>
                <w:i w:val="0"/>
                <w:iCs w:val="0"/>
                <w:noProof w:val="0"/>
                <w:sz w:val="17"/>
                <w:szCs w:val="17"/>
                <w:lang w:val="en-US"/>
              </w:rPr>
              <w:t>in accordance with</w:t>
            </w:r>
            <w:r w:rsidRPr="442D1CD9" w:rsidR="32F4931C">
              <w:rPr>
                <w:rFonts w:ascii="Segoe UI" w:hAnsi="Segoe UI" w:eastAsia="Segoe UI" w:cs="Segoe UI"/>
                <w:b w:val="0"/>
                <w:bCs w:val="0"/>
                <w:i w:val="0"/>
                <w:iCs w:val="0"/>
                <w:noProof w:val="0"/>
                <w:sz w:val="17"/>
                <w:szCs w:val="17"/>
                <w:lang w:val="en-US"/>
              </w:rPr>
              <w:t xml:space="preserve"> their assigned pickup schedule</w:t>
            </w:r>
            <w:r w:rsidRPr="442D1CD9" w:rsidR="05E3E02E">
              <w:rPr>
                <w:rFonts w:ascii="Segoe UI" w:hAnsi="Segoe UI" w:eastAsia="Segoe UI" w:cs="Segoe UI"/>
                <w:b w:val="0"/>
                <w:bCs w:val="0"/>
                <w:i w:val="0"/>
                <w:iCs w:val="0"/>
                <w:noProof w:val="0"/>
                <w:sz w:val="17"/>
                <w:szCs w:val="17"/>
                <w:lang w:val="en-US"/>
              </w:rPr>
              <w:t>.</w:t>
            </w:r>
          </w:p>
        </w:tc>
      </w:tr>
      <w:tr xmlns:wp14="http://schemas.microsoft.com/office/word/2010/wordml" w:rsidTr="3109C093" w14:paraId="03414D95"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18F999B5" wp14:textId="77777777">
            <w:pPr>
              <w:spacing w:before="0" w:after="0" w:line="240" w:lineRule="auto"/>
              <w:jc w:val="center"/>
            </w:pPr>
            <w:r/>
            <w:r>
              <w:rPr>
                <w:rFonts w:ascii="Aptos" w:hAnsi="Aptos"/>
                <w:b/>
                <w:color w:val="17365D"/>
                <w:sz w:val="18"/>
              </w:rPr>
              <w:t>2</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61B93C2E" wp14:textId="77777777">
            <w:pPr>
              <w:spacing w:before="0" w:after="0" w:line="240" w:lineRule="auto"/>
            </w:pPr>
            <w:r/>
            <w:r>
              <w:rPr>
                <w:rFonts w:ascii="Aptos" w:hAnsi="Aptos"/>
                <w:b w:val="0"/>
                <w:sz w:val="17"/>
              </w:rPr>
              <w:t>Only one vehicle is permitted in the warehouse at a time. Wait for the City Harvest Clerk to direct entry.</w:t>
            </w:r>
          </w:p>
        </w:tc>
      </w:tr>
      <w:tr xmlns:wp14="http://schemas.microsoft.com/office/word/2010/wordml" w:rsidTr="3109C093" w14:paraId="13F8F393" wp14:textId="77777777">
        <w:trPr/>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5FCD5EC4" wp14:textId="77777777">
            <w:pPr>
              <w:spacing w:before="0" w:after="0" w:line="240" w:lineRule="auto"/>
              <w:jc w:val="center"/>
            </w:pPr>
            <w:r/>
            <w:r>
              <w:rPr>
                <w:rFonts w:ascii="Aptos" w:hAnsi="Aptos"/>
                <w:b/>
                <w:color w:val="17365D"/>
                <w:sz w:val="18"/>
              </w:rPr>
              <w:t>3</w:t>
            </w:r>
          </w:p>
        </w:tc>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0982C8C0" wp14:textId="77777777">
            <w:pPr>
              <w:spacing w:before="0" w:after="0" w:line="240" w:lineRule="auto"/>
            </w:pPr>
            <w:r/>
            <w:r>
              <w:rPr>
                <w:rFonts w:ascii="Aptos" w:hAnsi="Aptos"/>
                <w:b w:val="0"/>
                <w:sz w:val="17"/>
              </w:rPr>
              <w:t>Pick-ups are limited to 15 minutes. Turn off the vehicle engine after entering the warehouse.</w:t>
            </w:r>
          </w:p>
        </w:tc>
      </w:tr>
      <w:tr xmlns:wp14="http://schemas.microsoft.com/office/word/2010/wordml" w:rsidTr="3109C093" w14:paraId="0B04954F"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2598DEE6" wp14:textId="77777777">
            <w:pPr>
              <w:spacing w:before="0" w:after="0" w:line="240" w:lineRule="auto"/>
              <w:jc w:val="center"/>
            </w:pPr>
            <w:r/>
            <w:r>
              <w:rPr>
                <w:rFonts w:ascii="Aptos" w:hAnsi="Aptos"/>
                <w:b/>
                <w:color w:val="17365D"/>
                <w:sz w:val="18"/>
              </w:rPr>
              <w:t>4</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0FB4B804" wp14:textId="77777777">
            <w:pPr>
              <w:spacing w:before="0" w:after="0" w:line="240" w:lineRule="auto"/>
            </w:pPr>
            <w:r/>
            <w:r>
              <w:rPr>
                <w:rFonts w:ascii="Aptos" w:hAnsi="Aptos"/>
                <w:b w:val="0"/>
                <w:sz w:val="17"/>
              </w:rPr>
              <w:t>Agency representatives must check in before selecting items. Donations must be weighed and checked before loading. Representatives load their own vehicles and should be able to lift boxes weighing up to 50 lb.</w:t>
            </w:r>
          </w:p>
        </w:tc>
      </w:tr>
      <w:tr xmlns:wp14="http://schemas.microsoft.com/office/word/2010/wordml" w:rsidTr="3109C093" w14:paraId="42B377BD" wp14:textId="77777777">
        <w:trPr/>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78941E47" wp14:textId="77777777">
            <w:pPr>
              <w:spacing w:before="0" w:after="0" w:line="240" w:lineRule="auto"/>
              <w:jc w:val="center"/>
            </w:pPr>
            <w:r/>
            <w:r>
              <w:rPr>
                <w:rFonts w:ascii="Aptos" w:hAnsi="Aptos"/>
                <w:b/>
                <w:color w:val="17365D"/>
                <w:sz w:val="18"/>
              </w:rPr>
              <w:t>5</w:t>
            </w:r>
          </w:p>
        </w:tc>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786BBBA8" wp14:textId="77777777">
            <w:pPr>
              <w:spacing w:before="0" w:after="0" w:line="240" w:lineRule="auto"/>
            </w:pPr>
            <w:r/>
            <w:r>
              <w:rPr>
                <w:rFonts w:ascii="Aptos" w:hAnsi="Aptos"/>
                <w:b w:val="0"/>
                <w:sz w:val="17"/>
              </w:rPr>
              <w:t>Donation quantities are based on available food and the number of clients served by the agency.</w:t>
            </w:r>
          </w:p>
        </w:tc>
      </w:tr>
      <w:tr xmlns:wp14="http://schemas.microsoft.com/office/word/2010/wordml" w:rsidTr="3109C093" w14:paraId="33FDBC59"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29B4EA11" wp14:textId="77777777">
            <w:pPr>
              <w:spacing w:before="0" w:after="0" w:line="240" w:lineRule="auto"/>
              <w:jc w:val="center"/>
            </w:pPr>
            <w:r/>
            <w:r>
              <w:rPr>
                <w:rFonts w:ascii="Aptos" w:hAnsi="Aptos"/>
                <w:b/>
                <w:color w:val="17365D"/>
                <w:sz w:val="18"/>
              </w:rPr>
              <w:t>6</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7EDD80D4" wp14:textId="7DA62DD1">
            <w:pPr>
              <w:spacing w:before="0" w:after="0" w:line="240" w:lineRule="auto"/>
            </w:pPr>
            <w:r w:rsidRPr="442D1CD9" w:rsidR="442D1CD9">
              <w:rPr>
                <w:rFonts w:ascii="Aptos" w:hAnsi="Aptos"/>
                <w:b w:val="0"/>
                <w:bCs w:val="0"/>
                <w:sz w:val="17"/>
                <w:szCs w:val="17"/>
              </w:rPr>
              <w:t>Food may not be taken directly from a City Harvest truck. Selection begins only after items are unloaded and sorted.</w:t>
            </w:r>
            <w:r w:rsidRPr="442D1CD9" w:rsidR="23A3341E">
              <w:rPr>
                <w:rFonts w:ascii="Aptos" w:hAnsi="Aptos"/>
                <w:b w:val="0"/>
                <w:bCs w:val="0"/>
                <w:sz w:val="17"/>
                <w:szCs w:val="17"/>
              </w:rPr>
              <w:t xml:space="preserve"> Food is not for personal use and </w:t>
            </w:r>
            <w:r w:rsidRPr="442D1CD9" w:rsidR="23A3341E">
              <w:rPr>
                <w:rFonts w:ascii="Aptos" w:hAnsi="Aptos"/>
                <w:b w:val="0"/>
                <w:bCs w:val="0"/>
                <w:sz w:val="17"/>
                <w:szCs w:val="17"/>
              </w:rPr>
              <w:t>is used</w:t>
            </w:r>
            <w:r w:rsidRPr="442D1CD9" w:rsidR="23A3341E">
              <w:rPr>
                <w:rFonts w:ascii="Aptos" w:hAnsi="Aptos"/>
                <w:b w:val="0"/>
                <w:bCs w:val="0"/>
                <w:sz w:val="17"/>
                <w:szCs w:val="17"/>
              </w:rPr>
              <w:t xml:space="preserve"> for organization only.</w:t>
            </w:r>
          </w:p>
        </w:tc>
      </w:tr>
      <w:tr xmlns:wp14="http://schemas.microsoft.com/office/word/2010/wordml" w:rsidTr="3109C093" w14:paraId="176F72FB" wp14:textId="77777777">
        <w:trPr/>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75697EEC" wp14:textId="77777777">
            <w:pPr>
              <w:spacing w:before="0" w:after="0" w:line="240" w:lineRule="auto"/>
              <w:jc w:val="center"/>
            </w:pPr>
            <w:r/>
            <w:r>
              <w:rPr>
                <w:rFonts w:ascii="Aptos" w:hAnsi="Aptos"/>
                <w:b/>
                <w:color w:val="17365D"/>
                <w:sz w:val="18"/>
              </w:rPr>
              <w:t>7</w:t>
            </w:r>
          </w:p>
        </w:tc>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rsidR="3109C093" w:rsidP="3109C093" w:rsidRDefault="3109C093" w14:paraId="5334303A" w14:textId="7B8BA29A">
            <w:pPr>
              <w:pStyle w:val="Normal"/>
              <w:spacing w:before="0" w:after="0" w:line="240" w:lineRule="auto"/>
            </w:pPr>
            <w:r w:rsidRPr="3109C093" w:rsidR="3109C093">
              <w:rPr>
                <w:rFonts w:ascii="Aptos" w:hAnsi="Aptos" w:eastAsia="Aptos" w:cs="Aptos"/>
                <w:b w:val="0"/>
                <w:bCs w:val="0"/>
                <w:sz w:val="17"/>
                <w:szCs w:val="17"/>
              </w:rPr>
              <w:t xml:space="preserve">Individuals under age 13 are not permitted in the warehouse and must remain in the vehicle when accompanying a representative. Animals are also prohibited in the warehouse and must remain in your vehicle. </w:t>
            </w:r>
          </w:p>
        </w:tc>
      </w:tr>
      <w:tr xmlns:wp14="http://schemas.microsoft.com/office/word/2010/wordml" w:rsidTr="3109C093" w14:paraId="2C95CC23"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44B0A208" wp14:textId="77777777">
            <w:pPr>
              <w:spacing w:before="0" w:after="0" w:line="240" w:lineRule="auto"/>
              <w:jc w:val="center"/>
            </w:pPr>
            <w:r/>
            <w:r>
              <w:rPr>
                <w:rFonts w:ascii="Aptos" w:hAnsi="Aptos"/>
                <w:b/>
                <w:color w:val="17365D"/>
                <w:sz w:val="18"/>
              </w:rPr>
              <w:t>8</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7B99E623" wp14:textId="77777777">
            <w:pPr>
              <w:spacing w:before="0" w:after="0" w:line="240" w:lineRule="auto"/>
            </w:pPr>
            <w:r/>
            <w:r>
              <w:rPr>
                <w:rFonts w:ascii="Aptos" w:hAnsi="Aptos"/>
                <w:b w:val="0"/>
                <w:sz w:val="17"/>
              </w:rPr>
              <w:t>Receipts must be signed by the agency representative receiving the order. Changes to authorized pick-up personnel must be provided before pick-up.</w:t>
            </w:r>
          </w:p>
        </w:tc>
      </w:tr>
      <w:tr xmlns:wp14="http://schemas.microsoft.com/office/word/2010/wordml" w:rsidTr="3109C093" w14:paraId="2BC3DE53" wp14:textId="77777777">
        <w:trPr/>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2B2B7304" wp14:textId="77777777">
            <w:pPr>
              <w:spacing w:before="0" w:after="0" w:line="240" w:lineRule="auto"/>
              <w:jc w:val="center"/>
            </w:pPr>
            <w:r/>
            <w:r>
              <w:rPr>
                <w:rFonts w:ascii="Aptos" w:hAnsi="Aptos"/>
                <w:b/>
                <w:color w:val="17365D"/>
                <w:sz w:val="18"/>
              </w:rPr>
              <w:t>9</w:t>
            </w:r>
          </w:p>
        </w:tc>
        <w:tc>
          <w:tcPr>
            <w:tcW w:w="0" w:type="auto"/>
            <w:shd w:val="clear" w:color="auto" w:fill="EAF2F8"/>
            <w:tcMar>
              <w:top w:w="45" w:type="dxa"/>
              <w:left w:w="70" w:type="dxa"/>
              <w:bottom w:w="45" w:type="dxa"/>
              <w:right w:w="70" w:type="dxa"/>
            </w:tcMar>
            <w:vAlign w:val="center"/>
            <w:tcMar>
              <w:top w:w="90" w:type="dxa"/>
              <w:start w:w="100" w:type="dxa"/>
              <w:bottom w:w="90" w:type="dxa"/>
              <w:end w:w="100" w:type="dxa"/>
            </w:tcMar>
            <w:shd w:fill="EAF2F8"/>
          </w:tcPr>
          <w:p w14:paraId="6E29C915" wp14:textId="1B3DC1A6">
            <w:pPr>
              <w:spacing w:before="0" w:after="0" w:line="240" w:lineRule="auto"/>
            </w:pPr>
            <w:r w:rsidRPr="442D1CD9" w:rsidR="442D1CD9">
              <w:rPr>
                <w:rFonts w:ascii="Aptos" w:hAnsi="Aptos"/>
                <w:b w:val="0"/>
                <w:bCs w:val="0"/>
                <w:sz w:val="17"/>
                <w:szCs w:val="17"/>
              </w:rPr>
              <w:t>Agency</w:t>
            </w:r>
            <w:r w:rsidRPr="442D1CD9" w:rsidR="3D5C2A2C">
              <w:rPr>
                <w:rFonts w:ascii="Aptos" w:hAnsi="Aptos"/>
                <w:b w:val="0"/>
                <w:bCs w:val="0"/>
                <w:sz w:val="17"/>
                <w:szCs w:val="17"/>
              </w:rPr>
              <w:t xml:space="preserve"> staff </w:t>
            </w:r>
            <w:r w:rsidRPr="442D1CD9" w:rsidR="442D1CD9">
              <w:rPr>
                <w:rFonts w:ascii="Aptos" w:hAnsi="Aptos"/>
                <w:b w:val="0"/>
                <w:bCs w:val="0"/>
                <w:sz w:val="17"/>
                <w:szCs w:val="17"/>
              </w:rPr>
              <w:t>and volunteers must treat VOAC staff and volunteers with courtesy and respect.</w:t>
            </w:r>
          </w:p>
        </w:tc>
      </w:tr>
      <w:tr xmlns:wp14="http://schemas.microsoft.com/office/word/2010/wordml" w:rsidTr="3109C093" w14:paraId="45F43D83"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5D369756" wp14:textId="77777777">
            <w:pPr>
              <w:spacing w:before="0" w:after="0" w:line="240" w:lineRule="auto"/>
              <w:jc w:val="center"/>
            </w:pPr>
            <w:r/>
            <w:r>
              <w:rPr>
                <w:rFonts w:ascii="Aptos" w:hAnsi="Aptos"/>
                <w:b/>
                <w:color w:val="17365D"/>
                <w:sz w:val="18"/>
              </w:rPr>
              <w:t>10</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69D3C532" wp14:textId="77777777">
            <w:pPr>
              <w:spacing w:before="0" w:after="0" w:line="240" w:lineRule="auto"/>
            </w:pPr>
            <w:r/>
            <w:r>
              <w:rPr>
                <w:rFonts w:ascii="Aptos" w:hAnsi="Aptos"/>
                <w:b w:val="0"/>
                <w:sz w:val="17"/>
              </w:rPr>
              <w:t>Failure to follow these guidelines may jeopardize future access to City Harvest donations and/or commodities.</w:t>
            </w:r>
          </w:p>
        </w:tc>
      </w:tr>
      <w:tr xmlns:wp14="http://schemas.microsoft.com/office/word/2010/wordml" w:rsidTr="3109C093" w14:paraId="0CCE95E4"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4737E36C" wp14:textId="77777777">
            <w:pPr>
              <w:spacing w:before="0" w:after="0" w:line="240" w:lineRule="auto"/>
              <w:jc w:val="center"/>
            </w:pPr>
            <w:r>
              <w:rPr>
                <w:rFonts w:ascii="Aptos" w:hAnsi="Aptos" w:eastAsia="Aptos"/>
                <w:b/>
                <w:color w:val="17365D"/>
                <w:sz w:val="18"/>
              </w:rPr>
              <w:t>11</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rsidP="3DE85AC2" w14:paraId="6FEF7E3C" wp14:textId="77777777">
            <w:pPr>
              <w:spacing w:before="0" w:after="0" w:line="240" w:lineRule="auto"/>
              <w:rPr>
                <w:rFonts w:ascii="Aptos" w:hAnsi="Aptos" w:eastAsia="Aptos"/>
                <w:b w:val="0"/>
                <w:bCs w:val="0"/>
                <w:color w:val="000000" w:themeColor="text1" w:themeTint="FF" w:themeShade="FF"/>
                <w:sz w:val="18"/>
                <w:szCs w:val="18"/>
              </w:rPr>
            </w:pPr>
            <w:r w:rsidRPr="3DE85AC2" w:rsidR="3DE85AC2">
              <w:rPr>
                <w:rFonts w:ascii="Aptos" w:hAnsi="Aptos" w:eastAsia="Aptos"/>
                <w:b w:val="0"/>
                <w:bCs w:val="0"/>
                <w:color w:val="000000" w:themeColor="text1" w:themeTint="FF" w:themeShade="FF"/>
                <w:sz w:val="18"/>
                <w:szCs w:val="18"/>
              </w:rPr>
              <w:t>If you need to cancel or reschedule your appointment, please contact us by phone or email as soon as possible. Repeated missed appointments without notice (no-call/no-show) may result in termination of services or partnership.</w:t>
            </w:r>
          </w:p>
        </w:tc>
      </w:tr>
    </w:tbl>
    <w:p xmlns:wp14="http://schemas.microsoft.com/office/word/2010/wordml" w14:paraId="3EAF93A9" wp14:textId="77777777">
      <w:pPr>
        <w:spacing w:before="0" w:after="40" w:line="240" w:lineRule="auto"/>
      </w:pPr>
      <w:r>
        <w:rPr>
          <w:b/>
          <w:color w:val="17365D"/>
        </w:rPr>
        <w:t>Agency Acknowledgment</w:t>
      </w:r>
    </w:p>
    <w:p xmlns:wp14="http://schemas.microsoft.com/office/word/2010/wordml" w14:paraId="5184F177" wp14:textId="77777777">
      <w:pPr>
        <w:spacing w:after="40" w:before="0" w:line="240" w:lineRule="auto"/>
      </w:pPr>
      <w:r>
        <w:t>By signing below, the agency confirms that its authorized representatives have reviewed and agree to follow the warehouse guidelines.</w:t>
      </w:r>
    </w:p>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23B41CBE" wp14:textId="77777777">
        <w:trPr/>
        <w:tc>
          <w:tcPr>
            <w:tcW w:w="0" w:type="auto"/>
            <w:vAlign w:val="center"/>
            <w:tcMar>
              <w:top w:w="45" w:type="dxa"/>
              <w:start w:w="100" w:type="dxa"/>
              <w:bottom w:w="45" w:type="dxa"/>
              <w:end w:w="100" w:type="dxa"/>
              <w:left w:w="70" w:type="dxa"/>
              <w:right w:w="70" w:type="dxa"/>
            </w:tcMar>
          </w:tcPr>
          <w:p w14:paraId="15B4BD4C" wp14:textId="77777777">
            <w:pPr>
              <w:spacing w:before="0" w:after="0" w:line="240" w:lineRule="auto"/>
            </w:pPr>
            <w:r/>
            <w:r>
              <w:rPr>
                <w:rFonts w:ascii="Aptos" w:hAnsi="Aptos"/>
                <w:b/>
                <w:color w:val="17365D"/>
                <w:sz w:val="17"/>
              </w:rPr>
              <w:t>Authorized Representative Name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2D4F5096" wp14:textId="77777777">
            <w:pPr>
              <w:spacing w:before="0" w:after="0" w:line="240" w:lineRule="auto"/>
            </w:pPr>
            <w:r/>
            <w:r>
              <w:rPr>
                <w:rFonts w:ascii="Aptos" w:hAnsi="Aptos"/>
                <w:b/>
                <w:color w:val="17365D"/>
                <w:sz w:val="17"/>
              </w:rPr>
              <w:t>Title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r>
      <w:tr xmlns:wp14="http://schemas.microsoft.com/office/word/2010/wordml" w14:paraId="3189E192" wp14:textId="77777777">
        <w:trPr/>
        <w:tc>
          <w:tcPr>
            <w:tcW w:w="0" w:type="auto"/>
            <w:vAlign w:val="center"/>
            <w:tcMar>
              <w:top w:w="45" w:type="dxa"/>
              <w:start w:w="100" w:type="dxa"/>
              <w:bottom w:w="45" w:type="dxa"/>
              <w:end w:w="100" w:type="dxa"/>
              <w:left w:w="70" w:type="dxa"/>
              <w:right w:w="70" w:type="dxa"/>
            </w:tcMar>
          </w:tcPr>
          <w:p w14:paraId="234096FC" wp14:textId="77777777">
            <w:pPr>
              <w:spacing w:before="0" w:after="0" w:line="240" w:lineRule="auto"/>
            </w:pPr>
            <w:r/>
            <w:r>
              <w:rPr>
                <w:rFonts w:ascii="Aptos" w:hAnsi="Aptos"/>
                <w:b/>
                <w:color w:val="17365D"/>
                <w:sz w:val="17"/>
              </w:rPr>
              <w:t>Signature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16D45AF7" wp14:textId="77777777">
            <w:pPr>
              <w:spacing w:before="0" w:after="0" w:line="240" w:lineRule="auto"/>
            </w:pPr>
            <w:r/>
            <w:r>
              <w:rPr>
                <w:rFonts w:ascii="Aptos" w:hAnsi="Aptos"/>
                <w:b/>
                <w:color w:val="17365D"/>
                <w:sz w:val="17"/>
              </w:rPr>
              <w:t>Date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r>
    </w:tbl>
    <w:p xmlns:wp14="http://schemas.microsoft.com/office/word/2010/wordml" w14:paraId="672A6659" wp14:textId="77777777">
      <w:pPr>
        <w:spacing w:before="0" w:after="40" w:line="240" w:lineRule="auto"/>
      </w:pPr>
      <w:r>
        <w:br w:type="page"/>
      </w:r>
    </w:p>
    <w:tbl>
      <w:tblPr>
        <w:tblW w:w="5000" w:type="pct"/>
        <w:jc w:val="center"/>
        <w:tblLayout w:type="autofit"/>
        <w:tblLook w:val="04A0" w:firstRow="1" w:lastRow="0" w:firstColumn="1" w:lastColumn="0" w:noHBand="0" w:noVBand="1"/>
      </w:tblPr>
      <w:tblGrid>
        <w:gridCol w:w="10296"/>
      </w:tblGrid>
      <w:tr xmlns:wp14="http://schemas.microsoft.com/office/word/2010/wordml" w14:paraId="2C0CD0DF" wp14:textId="77777777">
        <w:trPr/>
        <w:tc>
          <w:tcPr>
            <w:tcW w:w="0" w:type="auto"/>
            <w:shd w:fill="17365D"/>
            <w:tcMar>
              <w:top w:w="45" w:type="dxa"/>
              <w:start w:w="100" w:type="dxa"/>
              <w:bottom w:w="45" w:type="dxa"/>
              <w:end w:w="100" w:type="dxa"/>
              <w:left w:w="70" w:type="dxa"/>
              <w:right w:w="70" w:type="dxa"/>
            </w:tcMar>
            <w:vAlign w:val="center"/>
          </w:tcPr>
          <w:p w14:paraId="36689EA5" wp14:textId="77777777">
            <w:pPr>
              <w:spacing w:before="0" w:after="0" w:line="240" w:lineRule="auto"/>
            </w:pPr>
            <w:r/>
            <w:r>
              <w:rPr>
                <w:rFonts w:ascii="Aptos" w:hAnsi="Aptos"/>
                <w:b/>
                <w:color w:val="FFFFFF"/>
                <w:sz w:val="22"/>
              </w:rPr>
              <w:t>AGENCY INFORMATION</w:t>
            </w:r>
          </w:p>
          <w:p w14:paraId="1811D6E6" wp14:textId="77777777">
            <w:pPr>
              <w:spacing w:before="0" w:after="0" w:line="240" w:lineRule="auto"/>
            </w:pPr>
            <w:r>
              <w:rPr>
                <w:rFonts w:ascii="Aptos" w:hAnsi="Aptos"/>
                <w:color w:val="DCE6F1"/>
                <w:sz w:val="16"/>
              </w:rPr>
              <w:t>Complete all fields. Attach additional information if needed.</w:t>
            </w:r>
          </w:p>
        </w:tc>
      </w:tr>
    </w:tbl>
    <w:p xmlns:wp14="http://schemas.microsoft.com/office/word/2010/wordml" w14:paraId="579EE6C9" wp14:textId="77777777">
      <w:pPr>
        <w:pStyle w:val="FormField"/>
        <w:keepLines/>
        <w:spacing w:before="0" w:after="40" w:line="240" w:lineRule="auto"/>
      </w:pPr>
      <w:r>
        <w:rPr>
          <w:b/>
          <w:color w:val="17365D"/>
        </w:rPr>
        <w:t>Agency Name</w:t>
      </w:r>
      <w:r>
        <w:t xml:space="preserve">  ______________________________________________________________________</w:t>
      </w:r>
    </w:p>
    <w:p xmlns:wp14="http://schemas.microsoft.com/office/word/2010/wordml" w14:paraId="642FD0EC" wp14:textId="77777777">
      <w:pPr>
        <w:pStyle w:val="FormField"/>
        <w:keepLines/>
        <w:spacing w:before="0" w:after="40" w:line="240" w:lineRule="auto"/>
      </w:pPr>
      <w:r w:rsidRPr="0CB189EA" w:rsidR="0CB189EA">
        <w:rPr>
          <w:b w:val="1"/>
          <w:bCs w:val="1"/>
          <w:color w:val="17365D" w:themeColor="text2" w:themeTint="FF" w:themeShade="BF"/>
        </w:rPr>
        <w:t>Agency Address</w:t>
      </w:r>
      <w:r w:rsidR="0CB189EA">
        <w:rPr/>
        <w:t xml:space="preserve">  ______________________________________________________________________</w:t>
      </w:r>
    </w:p>
    <w:p w:rsidR="0CB189EA" w:rsidP="0CB189EA" w:rsidRDefault="0CB189EA" w14:paraId="69C7746E" w14:textId="57063A88">
      <w:pPr>
        <w:pStyle w:val="FormField"/>
        <w:keepLines w:val="1"/>
        <w:spacing w:before="0" w:after="40" w:line="240" w:lineRule="auto"/>
      </w:pPr>
      <w:r w:rsidRPr="0CB189EA" w:rsidR="0CB189EA">
        <w:rPr>
          <w:b w:val="1"/>
          <w:bCs w:val="1"/>
        </w:rPr>
        <w:t>Primary Email Address</w:t>
      </w:r>
      <w:r w:rsidR="0CB189EA">
        <w:rPr/>
        <w:t>__________________________________________________________________</w:t>
      </w:r>
    </w:p>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6D95DE85" wp14:textId="77777777">
        <w:trPr/>
        <w:tc>
          <w:tcPr>
            <w:tcW w:w="0" w:type="auto"/>
            <w:vAlign w:val="center"/>
            <w:tcMar>
              <w:top w:w="45" w:type="dxa"/>
              <w:start w:w="100" w:type="dxa"/>
              <w:bottom w:w="45" w:type="dxa"/>
              <w:end w:w="100" w:type="dxa"/>
              <w:left w:w="70" w:type="dxa"/>
              <w:right w:w="70" w:type="dxa"/>
            </w:tcMar>
          </w:tcPr>
          <w:p w14:paraId="60F00B7E" wp14:textId="77777777">
            <w:pPr>
              <w:spacing w:before="0" w:after="0" w:line="240" w:lineRule="auto"/>
            </w:pPr>
            <w:r/>
            <w:r>
              <w:rPr>
                <w:rFonts w:ascii="Aptos" w:hAnsi="Aptos"/>
                <w:b/>
                <w:color w:val="17365D"/>
                <w:sz w:val="17"/>
              </w:rPr>
              <w:t>Phone Number</w:t>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148CC69F" wp14:textId="77777777">
            <w:pPr>
              <w:spacing w:before="0" w:after="0" w:line="240" w:lineRule="auto"/>
            </w:pPr>
            <w:r/>
            <w:r>
              <w:rPr>
                <w:rFonts w:ascii="Aptos" w:hAnsi="Aptos"/>
                <w:b/>
                <w:color w:val="17365D"/>
                <w:sz w:val="17"/>
              </w:rPr>
              <w:t>Tax-Exempt Number</w:t>
            </w:r>
            <w:r>
              <w:rPr>
                <w:rFonts w:ascii="Aptos" w:hAnsi="Aptos"/>
                <w:b/>
                <w:color w:val="17365D"/>
                <w:sz w:val="17"/>
              </w:rPr>
              <w:br/>
            </w:r>
            <w:r>
              <w:rPr>
                <w:rFonts w:ascii="Aptos" w:hAnsi="Aptos"/>
                <w:b/>
                <w:color w:val="17365D"/>
                <w:sz w:val="17"/>
              </w:rPr>
              <w:t>________________________________</w:t>
            </w:r>
          </w:p>
        </w:tc>
      </w:tr>
      <w:tr xmlns:wp14="http://schemas.microsoft.com/office/word/2010/wordml" w14:paraId="090A638B" wp14:textId="77777777">
        <w:trPr/>
        <w:tc>
          <w:tcPr>
            <w:tcW w:w="0" w:type="auto"/>
            <w:vAlign w:val="center"/>
            <w:tcMar>
              <w:top w:w="45" w:type="dxa"/>
              <w:start w:w="100" w:type="dxa"/>
              <w:bottom w:w="45" w:type="dxa"/>
              <w:end w:w="100" w:type="dxa"/>
              <w:left w:w="70" w:type="dxa"/>
              <w:right w:w="70" w:type="dxa"/>
            </w:tcMar>
          </w:tcPr>
          <w:p w14:paraId="13E9FA98" wp14:textId="77777777">
            <w:pPr>
              <w:spacing w:before="0" w:after="0" w:line="240" w:lineRule="auto"/>
            </w:pPr>
            <w:r/>
            <w:r>
              <w:rPr>
                <w:rFonts w:ascii="Aptos" w:hAnsi="Aptos"/>
                <w:b/>
                <w:color w:val="17365D"/>
                <w:sz w:val="17"/>
              </w:rPr>
              <w:t>Agency Director</w:t>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7DD3DF9E" wp14:textId="77777777">
            <w:pPr>
              <w:spacing w:before="0" w:after="0" w:line="240" w:lineRule="auto"/>
            </w:pPr>
            <w:r/>
            <w:r>
              <w:rPr>
                <w:rFonts w:ascii="Aptos" w:hAnsi="Aptos"/>
                <w:b/>
                <w:color w:val="17365D"/>
                <w:sz w:val="17"/>
              </w:rPr>
              <w:t>Primary Contact / Title</w:t>
            </w:r>
            <w:r>
              <w:rPr>
                <w:rFonts w:ascii="Aptos" w:hAnsi="Aptos"/>
                <w:b/>
                <w:color w:val="17365D"/>
                <w:sz w:val="17"/>
              </w:rPr>
              <w:br/>
            </w:r>
            <w:r>
              <w:rPr>
                <w:rFonts w:ascii="Aptos" w:hAnsi="Aptos"/>
                <w:b/>
                <w:color w:val="17365D"/>
                <w:sz w:val="17"/>
              </w:rPr>
              <w:t>________________________________</w:t>
            </w:r>
          </w:p>
        </w:tc>
      </w:tr>
    </w:tbl>
    <w:tbl>
      <w:tblPr>
        <w:tblW w:w="5000" w:type="pct"/>
        <w:jc w:val="center"/>
        <w:tblLayout w:type="autofit"/>
        <w:tblLook w:val="04A0" w:firstRow="1" w:lastRow="0" w:firstColumn="1" w:lastColumn="0" w:noHBand="0" w:noVBand="1"/>
      </w:tblPr>
      <w:tblGrid>
        <w:gridCol w:w="10368"/>
      </w:tblGrid>
      <w:tr xmlns:wp14="http://schemas.microsoft.com/office/word/2010/wordml" w14:paraId="3CB50E50" wp14:textId="77777777">
        <w:trPr/>
        <w:tc>
          <w:tcPr>
            <w:tcW w:w="0" w:type="auto"/>
            <w:shd w:fill="EAF2F8"/>
            <w:vAlign w:val="center"/>
            <w:tcMar>
              <w:top w:w="45" w:type="dxa"/>
              <w:start w:w="100" w:type="dxa"/>
              <w:bottom w:w="45" w:type="dxa"/>
              <w:end w:w="100" w:type="dxa"/>
              <w:left w:w="70" w:type="dxa"/>
              <w:right w:w="70" w:type="dxa"/>
            </w:tcMar>
          </w:tcPr>
          <w:p w14:paraId="0BC20F26" wp14:textId="77777777">
            <w:pPr>
              <w:spacing w:before="0" w:after="0" w:line="240" w:lineRule="auto"/>
            </w:pPr>
            <w:r/>
            <w:r>
              <w:rPr>
                <w:rFonts w:ascii="Aptos" w:hAnsi="Aptos"/>
                <w:b/>
                <w:color w:val="17365D"/>
                <w:sz w:val="18"/>
              </w:rPr>
              <w:t>ONLINE REGISTRATION REQUIRED</w:t>
            </w:r>
          </w:p>
          <w:p w14:paraId="26454BFD" wp14:textId="77777777">
            <w:pPr>
              <w:spacing w:after="0" w:before="0" w:line="240" w:lineRule="auto"/>
            </w:pPr>
            <w:r>
              <w:t>Agencies authorized to pick up from City Harvest must register through the online registration form. Scheduling instructions and directions will be provided after the application is completed.</w:t>
            </w:r>
          </w:p>
        </w:tc>
      </w:tr>
    </w:tbl>
    <w:tbl>
      <w:tblPr>
        <w:tblW w:w="5000" w:type="pct"/>
        <w:jc w:val="center"/>
        <w:tblLayout w:type="autofit"/>
        <w:tblLook w:val="04A0" w:firstRow="1" w:lastRow="0" w:firstColumn="1" w:lastColumn="0" w:noHBand="0" w:noVBand="1"/>
      </w:tblPr>
      <w:tblGrid>
        <w:gridCol w:w="10296"/>
      </w:tblGrid>
      <w:tr xmlns:wp14="http://schemas.microsoft.com/office/word/2010/wordml" w14:paraId="64AF6D2E" wp14:textId="77777777">
        <w:trPr/>
        <w:tc>
          <w:tcPr>
            <w:tcW w:w="0" w:type="auto"/>
            <w:shd w:fill="17365D"/>
            <w:tcMar>
              <w:top w:w="45" w:type="dxa"/>
              <w:start w:w="100" w:type="dxa"/>
              <w:bottom w:w="45" w:type="dxa"/>
              <w:end w:w="100" w:type="dxa"/>
              <w:left w:w="70" w:type="dxa"/>
              <w:right w:w="70" w:type="dxa"/>
            </w:tcMar>
            <w:vAlign w:val="center"/>
          </w:tcPr>
          <w:p w14:paraId="42D5FD62" wp14:textId="77777777">
            <w:pPr>
              <w:spacing w:before="0" w:after="0" w:line="240" w:lineRule="auto"/>
            </w:pPr>
            <w:r/>
            <w:r>
              <w:rPr>
                <w:rFonts w:ascii="Aptos" w:hAnsi="Aptos"/>
                <w:b/>
                <w:color w:val="FFFFFF"/>
                <w:sz w:val="22"/>
              </w:rPr>
              <w:t>PICK-UP SCHEDULE</w:t>
            </w:r>
          </w:p>
          <w:p w14:paraId="0F1B1FDD" wp14:textId="77777777">
            <w:pPr>
              <w:spacing w:before="0" w:after="0" w:line="240" w:lineRule="auto"/>
            </w:pPr>
            <w:r>
              <w:rPr>
                <w:rFonts w:ascii="Aptos" w:hAnsi="Aptos"/>
                <w:color w:val="DCE6F1"/>
                <w:sz w:val="16"/>
              </w:rPr>
              <w:t>Maximum of two days per week. Pick-ups must be scheduled through the online scheduling application.</w:t>
            </w:r>
          </w:p>
        </w:tc>
      </w:tr>
    </w:tbl>
    <w:p xmlns:wp14="http://schemas.microsoft.com/office/word/2010/wordml" w14:paraId="33F98062" wp14:textId="77777777">
      <w:pPr>
        <w:pStyle w:val="FormField"/>
        <w:keepLines/>
        <w:spacing w:before="0" w:after="40" w:line="240" w:lineRule="auto"/>
      </w:pPr>
      <w:r>
        <w:rPr>
          <w:b/>
          <w:color w:val="17365D"/>
        </w:rPr>
        <w:t>Requested Pick-Up Day(s)</w:t>
      </w:r>
      <w:r>
        <w:t xml:space="preserve">  ______________________________________________________________________</w:t>
      </w:r>
    </w:p>
    <w:p xmlns:wp14="http://schemas.microsoft.com/office/word/2010/wordml" w14:paraId="7F6003B2" wp14:textId="77777777">
      <w:pPr>
        <w:pStyle w:val="FormField"/>
        <w:keepLines/>
        <w:spacing w:before="0" w:after="40" w:line="240" w:lineRule="auto"/>
      </w:pPr>
      <w:r>
        <w:rPr>
          <w:b/>
          <w:color w:val="17365D"/>
        </w:rPr>
        <w:t>If not weekly, number of warehouse visits per month</w:t>
      </w:r>
      <w:r>
        <w:t xml:space="preserve">  ______________________________________________________________________</w:t>
      </w:r>
    </w:p>
    <w:tbl>
      <w:tblPr>
        <w:tblW w:w="5000" w:type="pct"/>
        <w:jc w:val="center"/>
        <w:tblLayout w:type="autofit"/>
        <w:tblLook w:val="04A0" w:firstRow="1" w:lastRow="0" w:firstColumn="1" w:lastColumn="0" w:noHBand="0" w:noVBand="1"/>
      </w:tblPr>
      <w:tblGrid>
        <w:gridCol w:w="10296"/>
      </w:tblGrid>
      <w:tr xmlns:wp14="http://schemas.microsoft.com/office/word/2010/wordml" w:rsidTr="3109C093" w14:paraId="09422160" wp14:textId="77777777">
        <w:trPr/>
        <w:tc>
          <w:tcPr>
            <w:tcW w:w="0" w:type="auto"/>
            <w:shd w:val="clear" w:color="auto" w:fill="17365D" w:themeFill="text2" w:themeFillShade="BF"/>
            <w:tcMar>
              <w:top w:w="45" w:type="dxa"/>
              <w:left w:w="70" w:type="dxa"/>
              <w:start w:w="100" w:type="dxa"/>
              <w:bottom w:w="45" w:type="dxa"/>
              <w:right w:w="70" w:type="dxa"/>
              <w:end w:w="100" w:type="dxa"/>
            </w:tcMar>
            <w:vAlign w:val="center"/>
          </w:tcPr>
          <w:p w14:paraId="74EAACD4" wp14:textId="4C32B19A">
            <w:pPr>
              <w:spacing w:before="0" w:after="0" w:line="240" w:lineRule="auto"/>
            </w:pPr>
            <w:r w:rsidRPr="3109C093" w:rsidR="2AD4CD8A">
              <w:rPr>
                <w:rFonts w:ascii="Aptos" w:hAnsi="Aptos"/>
                <w:b w:val="1"/>
                <w:bCs w:val="1"/>
                <w:color w:val="FFFFFF" w:themeColor="background1" w:themeTint="FF" w:themeShade="FF"/>
                <w:sz w:val="22"/>
                <w:szCs w:val="22"/>
              </w:rPr>
              <w:t>Partner Type</w:t>
            </w:r>
          </w:p>
        </w:tc>
      </w:tr>
    </w:tbl>
    <w:tbl>
      <w:tblPr>
        <w:tblW w:w="5000" w:type="pct"/>
        <w:jc w:val="center"/>
        <w:tblBorders>
          <w:top w:val="single" w:color="D8E0E8" w:sz="4"/>
          <w:left w:val="single" w:color="D8E0E8" w:sz="4"/>
          <w:bottom w:val="single" w:color="D8E0E8" w:sz="4"/>
          <w:right w:val="single" w:color="D8E0E8" w:sz="4"/>
          <w:insideH w:val="single" w:color="D8E0E8" w:sz="4"/>
          <w:insideV w:val="single" w:color="D8E0E8" w:sz="4"/>
        </w:tblBorders>
        <w:tblLayout w:type="autofit"/>
        <w:tblLook w:val="04A0" w:firstRow="1" w:lastRow="0" w:firstColumn="1" w:lastColumn="0" w:noHBand="0" w:noVBand="1"/>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rsidTr="3109C093" w14:paraId="135E8370" wp14:textId="77777777">
        <w:trPr/>
        <w:tc>
          <w:tcPr>
            <w:tcW w:w="0" w:type="auto"/>
            <w:shd w:val="clear" w:color="auto" w:fill="F5F7FA"/>
            <w:tcMar>
              <w:top w:w="45" w:type="dxa"/>
              <w:left w:w="70" w:type="dxa"/>
              <w:bottom w:w="45" w:type="dxa"/>
              <w:right w:w="70" w:type="dxa"/>
            </w:tcMar>
            <w:vAlign w:val="center"/>
            <w:tcMar>
              <w:top w:w="90" w:type="dxa"/>
              <w:start w:w="100" w:type="dxa"/>
              <w:bottom w:w="90" w:type="dxa"/>
              <w:end w:w="100" w:type="dxa"/>
            </w:tcMar>
            <w:shd w:fill="F5F7FA"/>
          </w:tcPr>
          <w:p w14:paraId="2C3E4822" wp14:textId="185F6580">
            <w:pPr>
              <w:spacing w:before="0" w:after="0" w:line="240" w:lineRule="auto"/>
            </w:pPr>
            <w:r w:rsidRPr="3109C093" w:rsidR="3109C093">
              <w:rPr>
                <w:rFonts w:ascii="Aptos" w:hAnsi="Aptos"/>
                <w:b w:val="0"/>
                <w:bCs w:val="0"/>
                <w:sz w:val="18"/>
                <w:szCs w:val="18"/>
              </w:rPr>
              <w:t xml:space="preserve">☐ </w:t>
            </w:r>
            <w:r w:rsidRPr="3109C093" w:rsidR="397942CC">
              <w:rPr>
                <w:rFonts w:ascii="Aptos" w:hAnsi="Aptos"/>
                <w:b w:val="0"/>
                <w:bCs w:val="0"/>
                <w:sz w:val="18"/>
                <w:szCs w:val="18"/>
              </w:rPr>
              <w:t>Direct Distribution</w:t>
            </w:r>
          </w:p>
        </w:tc>
        <w:tc>
          <w:tcPr>
            <w:tcW w:w="0" w:type="auto"/>
            <w:shd w:val="clear" w:color="auto" w:fill="F5F7FA"/>
            <w:tcMar>
              <w:top w:w="45" w:type="dxa"/>
              <w:left w:w="70" w:type="dxa"/>
              <w:bottom w:w="45" w:type="dxa"/>
              <w:right w:w="70" w:type="dxa"/>
            </w:tcMar>
            <w:vAlign w:val="center"/>
            <w:tcMar>
              <w:top w:w="90" w:type="dxa"/>
              <w:start w:w="100" w:type="dxa"/>
              <w:bottom w:w="90" w:type="dxa"/>
              <w:end w:w="100" w:type="dxa"/>
            </w:tcMar>
            <w:shd w:fill="F5F7FA"/>
          </w:tcPr>
          <w:p w14:paraId="57402EFF" wp14:textId="46F40745">
            <w:pPr>
              <w:spacing w:before="0" w:after="0" w:line="240" w:lineRule="auto"/>
            </w:pPr>
            <w:r w:rsidRPr="3109C093" w:rsidR="3109C093">
              <w:rPr>
                <w:rFonts w:ascii="Aptos" w:hAnsi="Aptos"/>
                <w:b w:val="0"/>
                <w:bCs w:val="0"/>
                <w:sz w:val="18"/>
                <w:szCs w:val="18"/>
              </w:rPr>
              <w:t xml:space="preserve">☐ </w:t>
            </w:r>
            <w:r w:rsidRPr="3109C093" w:rsidR="6832FCCB">
              <w:rPr>
                <w:rFonts w:ascii="Aptos" w:hAnsi="Aptos"/>
                <w:b w:val="0"/>
                <w:bCs w:val="0"/>
                <w:sz w:val="18"/>
                <w:szCs w:val="18"/>
              </w:rPr>
              <w:t>Meal Prep Kitchen</w:t>
            </w:r>
          </w:p>
        </w:tc>
      </w:tr>
      <w:tr xmlns:wp14="http://schemas.microsoft.com/office/word/2010/wordml" w:rsidTr="3109C093" w14:paraId="1A28B928" wp14:textId="77777777">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5D1243D5" wp14:textId="50CCB69E">
            <w:pPr>
              <w:spacing w:before="0" w:after="0" w:line="240" w:lineRule="auto"/>
            </w:pPr>
            <w:r w:rsidRPr="3109C093" w:rsidR="3109C093">
              <w:rPr>
                <w:rFonts w:ascii="Aptos" w:hAnsi="Aptos"/>
                <w:b w:val="0"/>
                <w:bCs w:val="0"/>
                <w:sz w:val="18"/>
                <w:szCs w:val="18"/>
              </w:rPr>
              <w:t xml:space="preserve">☐ </w:t>
            </w:r>
            <w:r w:rsidRPr="3109C093" w:rsidR="55D40C17">
              <w:rPr>
                <w:rFonts w:ascii="Aptos" w:hAnsi="Aptos"/>
                <w:b w:val="0"/>
                <w:bCs w:val="0"/>
                <w:sz w:val="18"/>
                <w:szCs w:val="18"/>
              </w:rPr>
              <w:t>Homeless Outreach</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14:paraId="444EE99E" wp14:textId="79709395">
            <w:pPr>
              <w:spacing w:before="0" w:after="0" w:line="240" w:lineRule="auto"/>
            </w:pPr>
            <w:r w:rsidRPr="3109C093" w:rsidR="3109C093">
              <w:rPr>
                <w:rFonts w:ascii="Aptos" w:hAnsi="Aptos"/>
                <w:b w:val="0"/>
                <w:bCs w:val="0"/>
                <w:sz w:val="18"/>
                <w:szCs w:val="18"/>
              </w:rPr>
              <w:t xml:space="preserve">☐ </w:t>
            </w:r>
            <w:r w:rsidRPr="3109C093" w:rsidR="296B823B">
              <w:rPr>
                <w:rFonts w:ascii="Aptos" w:hAnsi="Aptos"/>
                <w:b w:val="0"/>
                <w:bCs w:val="0"/>
                <w:sz w:val="18"/>
                <w:szCs w:val="18"/>
              </w:rPr>
              <w:t>Community Food Pantry</w:t>
            </w:r>
          </w:p>
        </w:tc>
      </w:tr>
      <w:tr w:rsidR="3109C093" w:rsidTr="3109C093" w14:paraId="39EF3FB3">
        <w:trPr>
          <w:trHeight w:val="720"/>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rsidR="296B823B" w:rsidRDefault="296B823B" w14:paraId="37ACFCE0" w14:textId="40CC64AF">
            <w:pPr>
              <w:spacing w:before="0" w:after="0" w:line="240" w:lineRule="auto"/>
            </w:pPr>
            <w:r w:rsidRPr="3109C093" w:rsidR="296B823B">
              <w:rPr>
                <w:rFonts w:ascii="Aptos" w:hAnsi="Aptos"/>
                <w:b w:val="0"/>
                <w:bCs w:val="0"/>
                <w:sz w:val="18"/>
                <w:szCs w:val="18"/>
              </w:rPr>
              <w:t xml:space="preserve">☐ </w:t>
            </w:r>
            <w:r w:rsidRPr="3109C093" w:rsidR="60E54A0E">
              <w:rPr>
                <w:rFonts w:ascii="Aptos" w:hAnsi="Aptos"/>
                <w:b w:val="0"/>
                <w:bCs w:val="0"/>
                <w:sz w:val="18"/>
                <w:szCs w:val="18"/>
              </w:rPr>
              <w:t>Recovery/Shelter</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rsidR="296B823B" w:rsidRDefault="296B823B" w14:paraId="37A41E7F" w14:textId="3CF130C5">
            <w:pPr>
              <w:spacing w:before="0" w:after="0" w:line="240" w:lineRule="auto"/>
            </w:pPr>
            <w:r w:rsidRPr="3109C093" w:rsidR="296B823B">
              <w:rPr>
                <w:rFonts w:ascii="Aptos" w:hAnsi="Aptos"/>
                <w:b w:val="0"/>
                <w:bCs w:val="0"/>
                <w:sz w:val="18"/>
                <w:szCs w:val="18"/>
              </w:rPr>
              <w:t xml:space="preserve">☐ </w:t>
            </w:r>
            <w:r w:rsidRPr="3109C093" w:rsidR="0F407A45">
              <w:rPr>
                <w:rFonts w:ascii="Aptos" w:hAnsi="Aptos"/>
                <w:b w:val="0"/>
                <w:bCs w:val="0"/>
                <w:sz w:val="18"/>
                <w:szCs w:val="18"/>
              </w:rPr>
              <w:t>Senior Services</w:t>
            </w:r>
          </w:p>
        </w:tc>
      </w:tr>
      <w:tr w:rsidR="3109C093" w:rsidTr="3109C093" w14:paraId="36475D9D">
        <w:trPr>
          <w:trHeight w:val="300"/>
        </w:trPr>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rsidR="296B823B" w:rsidRDefault="296B823B" w14:paraId="1501E1EA" w14:textId="34745C75">
            <w:pPr>
              <w:spacing w:before="0" w:after="0" w:line="240" w:lineRule="auto"/>
            </w:pPr>
            <w:r w:rsidRPr="3109C093" w:rsidR="296B823B">
              <w:rPr>
                <w:rFonts w:ascii="Aptos" w:hAnsi="Aptos"/>
                <w:b w:val="0"/>
                <w:bCs w:val="0"/>
                <w:sz w:val="18"/>
                <w:szCs w:val="18"/>
              </w:rPr>
              <w:t xml:space="preserve">☐ </w:t>
            </w:r>
            <w:r w:rsidRPr="3109C093" w:rsidR="6CE8E7FA">
              <w:rPr>
                <w:rFonts w:ascii="Aptos" w:hAnsi="Aptos"/>
                <w:b w:val="0"/>
                <w:bCs w:val="0"/>
                <w:sz w:val="18"/>
                <w:szCs w:val="18"/>
              </w:rPr>
              <w:t>Youth Services</w:t>
            </w:r>
          </w:p>
        </w:tc>
        <w:tc>
          <w:tcPr>
            <w:tcW w:w="0" w:type="auto"/>
            <w:shd w:val="clear" w:color="auto" w:fill="FFFFFF" w:themeFill="background1"/>
            <w:tcMar>
              <w:top w:w="45" w:type="dxa"/>
              <w:left w:w="70" w:type="dxa"/>
              <w:bottom w:w="45" w:type="dxa"/>
              <w:right w:w="70" w:type="dxa"/>
            </w:tcMar>
            <w:vAlign w:val="center"/>
            <w:tcMar>
              <w:top w:w="90" w:type="dxa"/>
              <w:start w:w="100" w:type="dxa"/>
              <w:bottom w:w="90" w:type="dxa"/>
              <w:end w:w="100" w:type="dxa"/>
            </w:tcMar>
            <w:shd w:fill="FFFFFF"/>
          </w:tcPr>
          <w:p w:rsidR="296B823B" w:rsidRDefault="296B823B" w14:paraId="003F1313" w14:textId="74E09316">
            <w:pPr>
              <w:spacing w:before="0" w:after="0" w:line="240" w:lineRule="auto"/>
            </w:pPr>
            <w:r w:rsidRPr="3109C093" w:rsidR="296B823B">
              <w:rPr>
                <w:rFonts w:ascii="Aptos" w:hAnsi="Aptos"/>
                <w:b w:val="0"/>
                <w:bCs w:val="0"/>
                <w:sz w:val="18"/>
                <w:szCs w:val="18"/>
              </w:rPr>
              <w:t>☐ Other: ______________________________</w:t>
            </w:r>
          </w:p>
        </w:tc>
      </w:tr>
    </w:tbl>
    <w:p xmlns:wp14="http://schemas.microsoft.com/office/word/2010/wordml" w14:paraId="2A86D19D" wp14:textId="77777777">
      <w:pPr>
        <w:pStyle w:val="FormField"/>
        <w:keepLines/>
        <w:spacing w:before="0" w:after="40" w:line="240" w:lineRule="auto"/>
      </w:pPr>
      <w:r>
        <w:rPr>
          <w:b/>
          <w:color w:val="17365D"/>
        </w:rPr>
        <w:t>Average Number of Individuals Served Weekly</w:t>
      </w:r>
      <w:r>
        <w:t xml:space="preserve">  ______________________________________________________________________</w:t>
      </w:r>
    </w:p>
    <w:p xmlns:wp14="http://schemas.microsoft.com/office/word/2010/wordml" w14:paraId="107B8FE4" wp14:textId="77777777">
      <w:pPr>
        <w:pStyle w:val="FormField"/>
        <w:keepLines/>
        <w:spacing w:before="0" w:after="40" w:line="240" w:lineRule="auto"/>
      </w:pPr>
      <w:r>
        <w:rPr>
          <w:b/>
          <w:color w:val="17365D"/>
        </w:rPr>
        <w:t>How long has your organization been in existence?</w:t>
      </w:r>
      <w:r>
        <w:t xml:space="preserve">  ______________________________________________________________________</w:t>
      </w:r>
    </w:p>
    <w:tbl>
      <w:tblPr>
        <w:tblW w:w="5000" w:type="pct"/>
        <w:jc w:val="center"/>
        <w:tblLayout w:type="autofit"/>
        <w:tblLook w:val="04A0" w:firstRow="1" w:lastRow="0" w:firstColumn="1" w:lastColumn="0" w:noHBand="0" w:noVBand="1"/>
      </w:tblPr>
      <w:tblGrid>
        <w:gridCol w:w="10296"/>
      </w:tblGrid>
      <w:tr xmlns:wp14="http://schemas.microsoft.com/office/word/2010/wordml" w14:paraId="0C0EE98F" wp14:textId="77777777">
        <w:trPr/>
        <w:tc>
          <w:tcPr>
            <w:tcW w:w="0" w:type="auto"/>
            <w:shd w:fill="17365D"/>
            <w:tcMar>
              <w:top w:w="45" w:type="dxa"/>
              <w:start w:w="100" w:type="dxa"/>
              <w:bottom w:w="45" w:type="dxa"/>
              <w:end w:w="100" w:type="dxa"/>
              <w:left w:w="70" w:type="dxa"/>
              <w:right w:w="70" w:type="dxa"/>
            </w:tcMar>
            <w:vAlign w:val="center"/>
          </w:tcPr>
          <w:p w14:paraId="15942E05" wp14:textId="77777777">
            <w:pPr>
              <w:spacing w:before="0" w:after="0" w:line="240" w:lineRule="auto"/>
            </w:pPr>
            <w:r/>
            <w:r>
              <w:rPr>
                <w:rFonts w:ascii="Aptos" w:hAnsi="Aptos"/>
                <w:b/>
                <w:color w:val="FFFFFF"/>
                <w:sz w:val="22"/>
              </w:rPr>
              <w:t>FOOD NEEDS</w:t>
            </w:r>
          </w:p>
        </w:tc>
      </w:tr>
    </w:tbl>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6B9552B6" wp14:textId="77777777">
        <w:trPr/>
        <w:tc>
          <w:tcPr>
            <w:tcW w:w="0" w:type="auto"/>
            <w:vAlign w:val="center"/>
            <w:tcMar>
              <w:top w:w="45" w:type="dxa"/>
              <w:start w:w="100" w:type="dxa"/>
              <w:bottom w:w="45" w:type="dxa"/>
              <w:end w:w="100" w:type="dxa"/>
              <w:left w:w="70" w:type="dxa"/>
              <w:right w:w="70" w:type="dxa"/>
            </w:tcMar>
            <w:shd w:fill="F5F7FA"/>
          </w:tcPr>
          <w:p w14:paraId="6D31DDDC" wp14:textId="77777777">
            <w:pPr>
              <w:spacing w:before="0" w:after="0" w:line="240" w:lineRule="auto"/>
            </w:pPr>
            <w:r/>
            <w:r>
              <w:rPr>
                <w:rFonts w:ascii="Aptos" w:hAnsi="Aptos"/>
                <w:b w:val="0"/>
                <w:sz w:val="18"/>
              </w:rPr>
              <w:t>☐ Canned Food</w:t>
            </w:r>
          </w:p>
        </w:tc>
        <w:tc>
          <w:tcPr>
            <w:tcW w:w="0" w:type="auto"/>
            <w:vAlign w:val="center"/>
            <w:tcMar>
              <w:top w:w="45" w:type="dxa"/>
              <w:start w:w="100" w:type="dxa"/>
              <w:bottom w:w="45" w:type="dxa"/>
              <w:end w:w="100" w:type="dxa"/>
              <w:left w:w="70" w:type="dxa"/>
              <w:right w:w="70" w:type="dxa"/>
            </w:tcMar>
            <w:shd w:fill="F5F7FA"/>
          </w:tcPr>
          <w:p w14:paraId="46C79970" wp14:textId="77777777">
            <w:pPr>
              <w:spacing w:before="0" w:after="0" w:line="240" w:lineRule="auto"/>
            </w:pPr>
            <w:r/>
            <w:r>
              <w:rPr>
                <w:rFonts w:ascii="Aptos" w:hAnsi="Aptos"/>
                <w:b w:val="0"/>
                <w:sz w:val="18"/>
              </w:rPr>
              <w:t>☐ Bread / Bakery Items</w:t>
            </w:r>
          </w:p>
        </w:tc>
      </w:tr>
      <w:tr xmlns:wp14="http://schemas.microsoft.com/office/word/2010/wordml" w14:paraId="113E75B0" wp14:textId="77777777">
        <w:trPr/>
        <w:tc>
          <w:tcPr>
            <w:tcW w:w="0" w:type="auto"/>
            <w:vAlign w:val="center"/>
            <w:tcMar>
              <w:top w:w="45" w:type="dxa"/>
              <w:start w:w="100" w:type="dxa"/>
              <w:bottom w:w="45" w:type="dxa"/>
              <w:end w:w="100" w:type="dxa"/>
              <w:left w:w="70" w:type="dxa"/>
              <w:right w:w="70" w:type="dxa"/>
            </w:tcMar>
            <w:shd w:fill="FFFFFF"/>
          </w:tcPr>
          <w:p w14:paraId="3CC94C6E" wp14:textId="77777777">
            <w:pPr>
              <w:spacing w:before="0" w:after="0" w:line="240" w:lineRule="auto"/>
            </w:pPr>
            <w:r/>
            <w:r>
              <w:rPr>
                <w:rFonts w:ascii="Aptos" w:hAnsi="Aptos"/>
                <w:b w:val="0"/>
                <w:sz w:val="18"/>
              </w:rPr>
              <w:t>☐ Produce</w:t>
            </w:r>
          </w:p>
        </w:tc>
        <w:tc>
          <w:tcPr>
            <w:tcW w:w="0" w:type="auto"/>
            <w:vAlign w:val="center"/>
            <w:tcMar>
              <w:top w:w="45" w:type="dxa"/>
              <w:start w:w="100" w:type="dxa"/>
              <w:bottom w:w="45" w:type="dxa"/>
              <w:end w:w="100" w:type="dxa"/>
              <w:left w:w="70" w:type="dxa"/>
              <w:right w:w="70" w:type="dxa"/>
            </w:tcMar>
            <w:shd w:fill="FFFFFF"/>
          </w:tcPr>
          <w:p w14:paraId="0387BF7A" wp14:textId="77777777">
            <w:pPr>
              <w:spacing w:before="0" w:after="0" w:line="240" w:lineRule="auto"/>
            </w:pPr>
            <w:r/>
            <w:r>
              <w:rPr>
                <w:rFonts w:ascii="Aptos" w:hAnsi="Aptos"/>
                <w:b w:val="0"/>
                <w:sz w:val="18"/>
              </w:rPr>
              <w:t>☐ Dairy</w:t>
            </w:r>
          </w:p>
        </w:tc>
      </w:tr>
      <w:tr xmlns:wp14="http://schemas.microsoft.com/office/word/2010/wordml" w14:paraId="3208199E" wp14:textId="77777777">
        <w:trPr/>
        <w:tc>
          <w:tcPr>
            <w:tcW w:w="0" w:type="auto"/>
            <w:vAlign w:val="center"/>
            <w:tcMar>
              <w:top w:w="45" w:type="dxa"/>
              <w:start w:w="100" w:type="dxa"/>
              <w:bottom w:w="45" w:type="dxa"/>
              <w:end w:w="100" w:type="dxa"/>
              <w:left w:w="70" w:type="dxa"/>
              <w:right w:w="70" w:type="dxa"/>
            </w:tcMar>
            <w:shd w:fill="F5F7FA"/>
          </w:tcPr>
          <w:p w14:paraId="5435A24B" wp14:textId="77777777">
            <w:pPr>
              <w:spacing w:before="0" w:after="0" w:line="240" w:lineRule="auto"/>
            </w:pPr>
            <w:r/>
            <w:r>
              <w:rPr>
                <w:rFonts w:ascii="Aptos" w:hAnsi="Aptos"/>
                <w:b w:val="0"/>
                <w:sz w:val="18"/>
              </w:rPr>
              <w:t>☐ Prepared Food</w:t>
            </w:r>
          </w:p>
        </w:tc>
        <w:tc>
          <w:tcPr>
            <w:tcW w:w="0" w:type="auto"/>
            <w:vAlign w:val="center"/>
            <w:tcMar>
              <w:top w:w="45" w:type="dxa"/>
              <w:start w:w="100" w:type="dxa"/>
              <w:bottom w:w="45" w:type="dxa"/>
              <w:end w:w="100" w:type="dxa"/>
              <w:left w:w="70" w:type="dxa"/>
              <w:right w:w="70" w:type="dxa"/>
            </w:tcMar>
            <w:shd w:fill="F5F7FA"/>
          </w:tcPr>
          <w:p w14:paraId="2938053F" wp14:textId="77777777">
            <w:pPr>
              <w:spacing w:before="0" w:after="0" w:line="240" w:lineRule="auto"/>
            </w:pPr>
            <w:r/>
            <w:r>
              <w:rPr>
                <w:rFonts w:ascii="Aptos" w:hAnsi="Aptos"/>
                <w:b w:val="0"/>
                <w:sz w:val="18"/>
              </w:rPr>
              <w:t>☐ Shelf-Stable Food</w:t>
            </w:r>
          </w:p>
        </w:tc>
      </w:tr>
      <w:tr xmlns:wp14="http://schemas.microsoft.com/office/word/2010/wordml" w14:paraId="413B1A51" wp14:textId="77777777">
        <w:trPr/>
        <w:tc>
          <w:tcPr>
            <w:tcW w:w="0" w:type="auto"/>
            <w:vAlign w:val="center"/>
            <w:tcMar>
              <w:top w:w="45" w:type="dxa"/>
              <w:start w:w="100" w:type="dxa"/>
              <w:bottom w:w="45" w:type="dxa"/>
              <w:end w:w="100" w:type="dxa"/>
              <w:left w:w="70" w:type="dxa"/>
              <w:right w:w="70" w:type="dxa"/>
            </w:tcMar>
            <w:shd w:fill="FFFFFF"/>
          </w:tcPr>
          <w:p w14:paraId="47CCA4EE" wp14:textId="77777777">
            <w:pPr>
              <w:spacing w:before="0" w:after="0" w:line="240" w:lineRule="auto"/>
            </w:pPr>
            <w:r/>
            <w:r>
              <w:rPr>
                <w:rFonts w:ascii="Aptos" w:hAnsi="Aptos"/>
                <w:b w:val="0"/>
                <w:sz w:val="18"/>
              </w:rPr>
              <w:t>☐ Other: ______________________________</w:t>
            </w:r>
          </w:p>
        </w:tc>
        <w:tc>
          <w:tcPr>
            <w:tcW w:w="0" w:type="auto"/>
            <w:vAlign w:val="center"/>
            <w:tcMar>
              <w:top w:w="45" w:type="dxa"/>
              <w:start w:w="100" w:type="dxa"/>
              <w:bottom w:w="45" w:type="dxa"/>
              <w:end w:w="100" w:type="dxa"/>
              <w:left w:w="70" w:type="dxa"/>
              <w:right w:w="70" w:type="dxa"/>
            </w:tcMar>
            <w:shd w:fill="FFFFFF"/>
          </w:tcPr>
          <w:p w14:paraId="0A37501D" wp14:textId="77777777">
            <w:pPr>
              <w:spacing w:before="0" w:after="0" w:line="240" w:lineRule="auto"/>
            </w:pPr>
            <w:r/>
            <w:r>
              <w:rPr>
                <w:rFonts w:ascii="Aptos" w:hAnsi="Aptos"/>
                <w:b w:val="0"/>
                <w:sz w:val="18"/>
              </w:rPr>
            </w:r>
          </w:p>
        </w:tc>
      </w:tr>
    </w:tbl>
    <w:p xmlns:wp14="http://schemas.microsoft.com/office/word/2010/wordml" w14:paraId="2724F05F" wp14:textId="77777777">
      <w:pPr>
        <w:spacing w:before="0" w:after="40" w:line="240" w:lineRule="auto"/>
      </w:pPr>
      <w:r>
        <w:rPr>
          <w:b/>
          <w:color w:val="17365D"/>
        </w:rPr>
        <w:t>How frequently does your client base change?</w:t>
      </w:r>
    </w:p>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3456"/>
        <w:gridCol w:w="3456"/>
        <w:gridCol w:w="3456"/>
      </w:tblGrid>
      <w:tr xmlns:wp14="http://schemas.microsoft.com/office/word/2010/wordml" w14:paraId="2476C1E5" wp14:textId="77777777">
        <w:trPr/>
        <w:tc>
          <w:tcPr>
            <w:tcW w:w="0" w:type="auto"/>
            <w:vAlign w:val="center"/>
            <w:tcMar>
              <w:top w:w="45" w:type="dxa"/>
              <w:start w:w="100" w:type="dxa"/>
              <w:bottom w:w="45" w:type="dxa"/>
              <w:end w:w="100" w:type="dxa"/>
              <w:left w:w="70" w:type="dxa"/>
              <w:right w:w="70" w:type="dxa"/>
            </w:tcMar>
            <w:shd w:fill="F5F7FA"/>
          </w:tcPr>
          <w:p w14:paraId="1E87C6B8" wp14:textId="77777777">
            <w:pPr>
              <w:spacing w:before="0" w:after="0" w:line="240" w:lineRule="auto"/>
            </w:pPr>
            <w:r/>
            <w:r>
              <w:rPr>
                <w:rFonts w:ascii="Aptos" w:hAnsi="Aptos"/>
                <w:b w:val="0"/>
                <w:sz w:val="18"/>
              </w:rPr>
              <w:t>☐ Weekly</w:t>
            </w:r>
          </w:p>
        </w:tc>
        <w:tc>
          <w:tcPr>
            <w:tcW w:w="0" w:type="auto"/>
            <w:vAlign w:val="center"/>
            <w:tcMar>
              <w:top w:w="45" w:type="dxa"/>
              <w:start w:w="100" w:type="dxa"/>
              <w:bottom w:w="45" w:type="dxa"/>
              <w:end w:w="100" w:type="dxa"/>
              <w:left w:w="70" w:type="dxa"/>
              <w:right w:w="70" w:type="dxa"/>
            </w:tcMar>
            <w:shd w:fill="F5F7FA"/>
          </w:tcPr>
          <w:p w14:paraId="036DA16A" wp14:textId="77777777">
            <w:pPr>
              <w:spacing w:before="0" w:after="0" w:line="240" w:lineRule="auto"/>
            </w:pPr>
            <w:r/>
            <w:r>
              <w:rPr>
                <w:rFonts w:ascii="Aptos" w:hAnsi="Aptos"/>
                <w:b w:val="0"/>
                <w:sz w:val="18"/>
              </w:rPr>
              <w:t>☐ Monthly</w:t>
            </w:r>
          </w:p>
        </w:tc>
        <w:tc>
          <w:tcPr>
            <w:tcW w:w="0" w:type="auto"/>
            <w:vAlign w:val="center"/>
            <w:tcMar>
              <w:top w:w="45" w:type="dxa"/>
              <w:start w:w="100" w:type="dxa"/>
              <w:bottom w:w="45" w:type="dxa"/>
              <w:end w:w="100" w:type="dxa"/>
              <w:left w:w="70" w:type="dxa"/>
              <w:right w:w="70" w:type="dxa"/>
            </w:tcMar>
            <w:shd w:fill="F5F7FA"/>
          </w:tcPr>
          <w:p w14:paraId="65A5D2A2" wp14:textId="77777777">
            <w:pPr>
              <w:spacing w:before="0" w:after="0" w:line="240" w:lineRule="auto"/>
            </w:pPr>
            <w:r/>
            <w:r>
              <w:rPr>
                <w:rFonts w:ascii="Aptos" w:hAnsi="Aptos"/>
                <w:b w:val="0"/>
                <w:sz w:val="18"/>
              </w:rPr>
              <w:t>☐ Every 3 Months</w:t>
            </w:r>
          </w:p>
        </w:tc>
      </w:tr>
      <w:tr xmlns:wp14="http://schemas.microsoft.com/office/word/2010/wordml" w14:paraId="35BDB7BD" wp14:textId="77777777">
        <w:trPr/>
        <w:tc>
          <w:tcPr>
            <w:tcW w:w="0" w:type="auto"/>
            <w:vAlign w:val="center"/>
            <w:tcMar>
              <w:top w:w="45" w:type="dxa"/>
              <w:start w:w="100" w:type="dxa"/>
              <w:bottom w:w="45" w:type="dxa"/>
              <w:end w:w="100" w:type="dxa"/>
              <w:left w:w="70" w:type="dxa"/>
              <w:right w:w="70" w:type="dxa"/>
            </w:tcMar>
            <w:shd w:fill="FFFFFF"/>
          </w:tcPr>
          <w:p w14:paraId="5A41E123" wp14:textId="77777777">
            <w:pPr>
              <w:spacing w:before="0" w:after="0" w:line="240" w:lineRule="auto"/>
            </w:pPr>
            <w:r/>
            <w:r>
              <w:rPr>
                <w:rFonts w:ascii="Aptos" w:hAnsi="Aptos"/>
                <w:b w:val="0"/>
                <w:sz w:val="18"/>
              </w:rPr>
              <w:t>☐ Every 6 Months</w:t>
            </w:r>
          </w:p>
        </w:tc>
        <w:tc>
          <w:tcPr>
            <w:tcW w:w="0" w:type="auto"/>
            <w:vAlign w:val="center"/>
            <w:tcMar>
              <w:top w:w="45" w:type="dxa"/>
              <w:start w:w="100" w:type="dxa"/>
              <w:bottom w:w="45" w:type="dxa"/>
              <w:end w:w="100" w:type="dxa"/>
              <w:left w:w="70" w:type="dxa"/>
              <w:right w:w="70" w:type="dxa"/>
            </w:tcMar>
            <w:shd w:fill="FFFFFF"/>
          </w:tcPr>
          <w:p w14:paraId="0CAB8092" wp14:textId="77777777">
            <w:pPr>
              <w:spacing w:before="0" w:after="0" w:line="240" w:lineRule="auto"/>
            </w:pPr>
            <w:r/>
            <w:r>
              <w:rPr>
                <w:rFonts w:ascii="Aptos" w:hAnsi="Aptos"/>
                <w:b w:val="0"/>
                <w:sz w:val="18"/>
              </w:rPr>
              <w:t>☐ Annually</w:t>
            </w:r>
          </w:p>
        </w:tc>
        <w:tc>
          <w:tcPr>
            <w:tcW w:w="0" w:type="auto"/>
            <w:vAlign w:val="center"/>
            <w:tcMar>
              <w:top w:w="45" w:type="dxa"/>
              <w:start w:w="100" w:type="dxa"/>
              <w:bottom w:w="45" w:type="dxa"/>
              <w:end w:w="100" w:type="dxa"/>
              <w:left w:w="70" w:type="dxa"/>
              <w:right w:w="70" w:type="dxa"/>
            </w:tcMar>
            <w:shd w:fill="FFFFFF"/>
          </w:tcPr>
          <w:p w14:paraId="0CE216F1" wp14:textId="77777777">
            <w:pPr>
              <w:spacing w:before="0" w:after="0" w:line="240" w:lineRule="auto"/>
            </w:pPr>
            <w:r/>
            <w:r>
              <w:rPr>
                <w:rFonts w:ascii="Aptos" w:hAnsi="Aptos"/>
                <w:b w:val="0"/>
                <w:sz w:val="18"/>
              </w:rPr>
              <w:t>☐ Other: ______________________________</w:t>
            </w:r>
          </w:p>
        </w:tc>
      </w:tr>
    </w:tbl>
    <w:p xmlns:wp14="http://schemas.microsoft.com/office/word/2010/wordml" w14:paraId="42FD5701" wp14:textId="77777777">
      <w:pPr>
        <w:spacing w:before="0" w:after="40" w:line="240" w:lineRule="auto"/>
      </w:pPr>
      <w:r>
        <w:rPr>
          <w:b/>
          <w:color w:val="17365D"/>
        </w:rPr>
        <w:t>Service Model</w:t>
      </w:r>
    </w:p>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3456"/>
        <w:gridCol w:w="3456"/>
        <w:gridCol w:w="3456"/>
      </w:tblGrid>
      <w:tr xmlns:wp14="http://schemas.microsoft.com/office/word/2010/wordml" w14:paraId="3258CA1E" wp14:textId="77777777">
        <w:trPr/>
        <w:tc>
          <w:tcPr>
            <w:tcW w:w="0" w:type="auto"/>
            <w:vAlign w:val="center"/>
            <w:tcMar>
              <w:top w:w="45" w:type="dxa"/>
              <w:start w:w="100" w:type="dxa"/>
              <w:bottom w:w="45" w:type="dxa"/>
              <w:end w:w="100" w:type="dxa"/>
              <w:left w:w="70" w:type="dxa"/>
              <w:right w:w="70" w:type="dxa"/>
            </w:tcMar>
            <w:shd w:fill="F5F7FA"/>
          </w:tcPr>
          <w:p w14:paraId="71B6F408" wp14:textId="77777777">
            <w:pPr>
              <w:spacing w:before="0" w:after="0" w:line="240" w:lineRule="auto"/>
            </w:pPr>
            <w:r/>
            <w:r>
              <w:rPr>
                <w:rFonts w:ascii="Aptos" w:hAnsi="Aptos"/>
                <w:b w:val="0"/>
                <w:sz w:val="18"/>
              </w:rPr>
              <w:t>☐ Pantry-Style / Boxed Items</w:t>
            </w:r>
          </w:p>
        </w:tc>
        <w:tc>
          <w:tcPr>
            <w:tcW w:w="0" w:type="auto"/>
            <w:vAlign w:val="center"/>
            <w:tcMar>
              <w:top w:w="45" w:type="dxa"/>
              <w:start w:w="100" w:type="dxa"/>
              <w:bottom w:w="45" w:type="dxa"/>
              <w:end w:w="100" w:type="dxa"/>
              <w:left w:w="70" w:type="dxa"/>
              <w:right w:w="70" w:type="dxa"/>
            </w:tcMar>
            <w:shd w:fill="F5F7FA"/>
          </w:tcPr>
          <w:p w14:paraId="5A85486B" wp14:textId="77777777">
            <w:pPr>
              <w:spacing w:before="0" w:after="0" w:line="240" w:lineRule="auto"/>
            </w:pPr>
            <w:r/>
            <w:r>
              <w:rPr>
                <w:rFonts w:ascii="Aptos" w:hAnsi="Aptos"/>
                <w:b w:val="0"/>
                <w:sz w:val="18"/>
              </w:rPr>
              <w:t>☐ Meal Production / Kitchen Production</w:t>
            </w:r>
          </w:p>
        </w:tc>
        <w:tc>
          <w:tcPr>
            <w:tcW w:w="0" w:type="auto"/>
            <w:vAlign w:val="center"/>
            <w:tcMar>
              <w:top w:w="45" w:type="dxa"/>
              <w:start w:w="100" w:type="dxa"/>
              <w:bottom w:w="45" w:type="dxa"/>
              <w:end w:w="100" w:type="dxa"/>
              <w:left w:w="70" w:type="dxa"/>
              <w:right w:w="70" w:type="dxa"/>
            </w:tcMar>
            <w:shd w:fill="F5F7FA"/>
          </w:tcPr>
          <w:p w14:paraId="6275AAD3" wp14:textId="77777777">
            <w:pPr>
              <w:spacing w:before="0" w:after="0" w:line="240" w:lineRule="auto"/>
            </w:pPr>
            <w:r/>
            <w:r>
              <w:rPr>
                <w:rFonts w:ascii="Aptos" w:hAnsi="Aptos"/>
                <w:b w:val="0"/>
                <w:sz w:val="18"/>
              </w:rPr>
              <w:t>☐ Both</w:t>
            </w:r>
          </w:p>
        </w:tc>
      </w:tr>
    </w:tbl>
    <w:p xmlns:wp14="http://schemas.microsoft.com/office/word/2010/wordml" w:rsidP="442D1CD9" w14:paraId="55DD524F" wp14:textId="5BC40F42">
      <w:pPr>
        <w:pStyle w:val="Normal"/>
        <w:spacing w:after="40" w:before="0" w:line="240" w:lineRule="auto"/>
      </w:pPr>
    </w:p>
    <w:tbl>
      <w:tblPr>
        <w:tblW w:w="5000" w:type="pct"/>
        <w:jc w:val="center"/>
        <w:tblLayout w:type="autofit"/>
        <w:tblLook w:val="04A0" w:firstRow="1" w:lastRow="0" w:firstColumn="1" w:lastColumn="0" w:noHBand="0" w:noVBand="1"/>
      </w:tblPr>
      <w:tblGrid>
        <w:gridCol w:w="10296"/>
      </w:tblGrid>
      <w:tr xmlns:wp14="http://schemas.microsoft.com/office/word/2010/wordml" w14:paraId="678594FB" wp14:textId="77777777">
        <w:trPr/>
        <w:tc>
          <w:tcPr>
            <w:tcW w:w="0" w:type="auto"/>
            <w:shd w:fill="17365D"/>
            <w:tcMar>
              <w:top w:w="45" w:type="dxa"/>
              <w:start w:w="100" w:type="dxa"/>
              <w:bottom w:w="45" w:type="dxa"/>
              <w:end w:w="100" w:type="dxa"/>
              <w:left w:w="70" w:type="dxa"/>
              <w:right w:w="70" w:type="dxa"/>
            </w:tcMar>
            <w:vAlign w:val="center"/>
          </w:tcPr>
          <w:p w14:paraId="1645431D" wp14:textId="77777777">
            <w:pPr>
              <w:spacing w:before="0" w:after="0" w:line="240" w:lineRule="auto"/>
            </w:pPr>
            <w:r/>
            <w:r>
              <w:rPr>
                <w:rFonts w:ascii="Aptos" w:hAnsi="Aptos"/>
                <w:b/>
                <w:color w:val="FFFFFF"/>
                <w:sz w:val="22"/>
              </w:rPr>
              <w:t>RACE AND ETHNICITY DATA</w:t>
            </w:r>
          </w:p>
          <w:p w14:paraId="6AD7D0D5" wp14:textId="77777777">
            <w:pPr>
              <w:spacing w:before="0" w:after="0" w:line="240" w:lineRule="auto"/>
            </w:pPr>
            <w:r>
              <w:rPr>
                <w:rFonts w:ascii="Aptos" w:hAnsi="Aptos"/>
                <w:color w:val="DCE6F1"/>
                <w:sz w:val="16"/>
              </w:rPr>
              <w:t>Enter the estimated percentage for each category. Use “Unknown” when data is unavailable.</w:t>
            </w:r>
          </w:p>
        </w:tc>
      </w:tr>
    </w:tbl>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4BB7691A" wp14:textId="77777777">
        <w:trPr/>
        <w:tc>
          <w:tcPr>
            <w:tcW w:w="0" w:type="auto"/>
            <w:vAlign w:val="center"/>
            <w:tcMar>
              <w:top w:w="45" w:type="dxa"/>
              <w:start w:w="100" w:type="dxa"/>
              <w:bottom w:w="45" w:type="dxa"/>
              <w:end w:w="100" w:type="dxa"/>
              <w:left w:w="70" w:type="dxa"/>
              <w:right w:w="70" w:type="dxa"/>
            </w:tcMar>
            <w:shd w:fill="F5F7FA"/>
          </w:tcPr>
          <w:p w14:paraId="32047678" wp14:textId="77777777">
            <w:pPr>
              <w:spacing w:before="0" w:after="0" w:line="240" w:lineRule="auto"/>
            </w:pPr>
            <w:r/>
            <w:r>
              <w:rPr>
                <w:rFonts w:ascii="Aptos" w:hAnsi="Aptos"/>
                <w:b w:val="0"/>
                <w:sz w:val="18"/>
              </w:rPr>
              <w:t>_____ %  White / Caucasian</w:t>
            </w:r>
          </w:p>
        </w:tc>
        <w:tc>
          <w:tcPr>
            <w:tcW w:w="0" w:type="auto"/>
            <w:vAlign w:val="center"/>
            <w:tcMar>
              <w:top w:w="45" w:type="dxa"/>
              <w:start w:w="100" w:type="dxa"/>
              <w:bottom w:w="45" w:type="dxa"/>
              <w:end w:w="100" w:type="dxa"/>
              <w:left w:w="70" w:type="dxa"/>
              <w:right w:w="70" w:type="dxa"/>
            </w:tcMar>
            <w:shd w:fill="F5F7FA"/>
          </w:tcPr>
          <w:p w14:paraId="6DBD8070" wp14:textId="77777777">
            <w:pPr>
              <w:spacing w:before="0" w:after="0" w:line="240" w:lineRule="auto"/>
            </w:pPr>
            <w:r/>
            <w:r>
              <w:rPr>
                <w:rFonts w:ascii="Aptos" w:hAnsi="Aptos"/>
                <w:b w:val="0"/>
                <w:sz w:val="18"/>
              </w:rPr>
              <w:t>_____ %  Asian</w:t>
            </w:r>
          </w:p>
        </w:tc>
      </w:tr>
      <w:tr xmlns:wp14="http://schemas.microsoft.com/office/word/2010/wordml" w14:paraId="33CD273F" wp14:textId="77777777">
        <w:trPr/>
        <w:tc>
          <w:tcPr>
            <w:tcW w:w="0" w:type="auto"/>
            <w:vAlign w:val="center"/>
            <w:tcMar>
              <w:top w:w="45" w:type="dxa"/>
              <w:start w:w="100" w:type="dxa"/>
              <w:bottom w:w="45" w:type="dxa"/>
              <w:end w:w="100" w:type="dxa"/>
              <w:left w:w="70" w:type="dxa"/>
              <w:right w:w="70" w:type="dxa"/>
            </w:tcMar>
            <w:shd w:fill="FFFFFF"/>
          </w:tcPr>
          <w:p w14:paraId="3539D708" wp14:textId="77777777">
            <w:pPr>
              <w:spacing w:before="0" w:after="0" w:line="240" w:lineRule="auto"/>
            </w:pPr>
            <w:r/>
            <w:r>
              <w:rPr>
                <w:rFonts w:ascii="Aptos" w:hAnsi="Aptos"/>
                <w:b w:val="0"/>
                <w:sz w:val="18"/>
              </w:rPr>
              <w:t>_____ %  Black / African American</w:t>
            </w:r>
          </w:p>
        </w:tc>
        <w:tc>
          <w:tcPr>
            <w:tcW w:w="0" w:type="auto"/>
            <w:vAlign w:val="center"/>
            <w:tcMar>
              <w:top w:w="45" w:type="dxa"/>
              <w:start w:w="100" w:type="dxa"/>
              <w:bottom w:w="45" w:type="dxa"/>
              <w:end w:w="100" w:type="dxa"/>
              <w:left w:w="70" w:type="dxa"/>
              <w:right w:w="70" w:type="dxa"/>
            </w:tcMar>
            <w:shd w:fill="FFFFFF"/>
          </w:tcPr>
          <w:p w14:paraId="2758438E" wp14:textId="77777777">
            <w:pPr>
              <w:spacing w:before="0" w:after="0" w:line="240" w:lineRule="auto"/>
            </w:pPr>
            <w:r/>
            <w:r>
              <w:rPr>
                <w:rFonts w:ascii="Aptos" w:hAnsi="Aptos"/>
                <w:b w:val="0"/>
                <w:sz w:val="18"/>
              </w:rPr>
              <w:t>_____ %  American Indian / Alaska Native</w:t>
            </w:r>
          </w:p>
        </w:tc>
      </w:tr>
      <w:tr xmlns:wp14="http://schemas.microsoft.com/office/word/2010/wordml" w14:paraId="4D4995D3" wp14:textId="77777777">
        <w:trPr/>
        <w:tc>
          <w:tcPr>
            <w:tcW w:w="0" w:type="auto"/>
            <w:vAlign w:val="center"/>
            <w:tcMar>
              <w:top w:w="45" w:type="dxa"/>
              <w:start w:w="100" w:type="dxa"/>
              <w:bottom w:w="45" w:type="dxa"/>
              <w:end w:w="100" w:type="dxa"/>
              <w:left w:w="70" w:type="dxa"/>
              <w:right w:w="70" w:type="dxa"/>
            </w:tcMar>
            <w:shd w:fill="F5F7FA"/>
          </w:tcPr>
          <w:p w14:paraId="08E14CBE" wp14:textId="77777777">
            <w:pPr>
              <w:spacing w:before="0" w:after="0" w:line="240" w:lineRule="auto"/>
            </w:pPr>
            <w:r/>
            <w:r>
              <w:rPr>
                <w:rFonts w:ascii="Aptos" w:hAnsi="Aptos"/>
                <w:b w:val="0"/>
                <w:sz w:val="18"/>
              </w:rPr>
              <w:t>_____ %  Native Hawaiian / Pacific Islander</w:t>
            </w:r>
          </w:p>
        </w:tc>
        <w:tc>
          <w:tcPr>
            <w:tcW w:w="0" w:type="auto"/>
            <w:vAlign w:val="center"/>
            <w:tcMar>
              <w:top w:w="45" w:type="dxa"/>
              <w:start w:w="100" w:type="dxa"/>
              <w:bottom w:w="45" w:type="dxa"/>
              <w:end w:w="100" w:type="dxa"/>
              <w:left w:w="70" w:type="dxa"/>
              <w:right w:w="70" w:type="dxa"/>
            </w:tcMar>
            <w:shd w:fill="F5F7FA"/>
          </w:tcPr>
          <w:p w14:paraId="1522BB6C" wp14:textId="77777777">
            <w:pPr>
              <w:spacing w:before="0" w:after="0" w:line="240" w:lineRule="auto"/>
            </w:pPr>
            <w:r/>
            <w:r>
              <w:rPr>
                <w:rFonts w:ascii="Aptos" w:hAnsi="Aptos"/>
                <w:b w:val="0"/>
                <w:sz w:val="18"/>
              </w:rPr>
              <w:t>_____ %  Two or More Races</w:t>
            </w:r>
          </w:p>
        </w:tc>
      </w:tr>
      <w:tr xmlns:wp14="http://schemas.microsoft.com/office/word/2010/wordml" w14:paraId="20690047" wp14:textId="77777777">
        <w:trPr/>
        <w:tc>
          <w:tcPr>
            <w:tcW w:w="0" w:type="auto"/>
            <w:vAlign w:val="center"/>
            <w:tcMar>
              <w:top w:w="45" w:type="dxa"/>
              <w:start w:w="100" w:type="dxa"/>
              <w:bottom w:w="45" w:type="dxa"/>
              <w:end w:w="100" w:type="dxa"/>
              <w:left w:w="70" w:type="dxa"/>
              <w:right w:w="70" w:type="dxa"/>
            </w:tcMar>
            <w:shd w:fill="FFFFFF"/>
          </w:tcPr>
          <w:p w14:paraId="0DEE728D" wp14:textId="77777777">
            <w:pPr>
              <w:spacing w:before="0" w:after="0" w:line="240" w:lineRule="auto"/>
            </w:pPr>
            <w:r/>
            <w:r>
              <w:rPr>
                <w:rFonts w:ascii="Aptos" w:hAnsi="Aptos"/>
                <w:b w:val="0"/>
                <w:sz w:val="18"/>
              </w:rPr>
              <w:t>_____ %  Hispanic or Latino</w:t>
            </w:r>
          </w:p>
        </w:tc>
        <w:tc>
          <w:tcPr>
            <w:tcW w:w="0" w:type="auto"/>
            <w:vAlign w:val="center"/>
            <w:tcMar>
              <w:top w:w="45" w:type="dxa"/>
              <w:start w:w="100" w:type="dxa"/>
              <w:bottom w:w="45" w:type="dxa"/>
              <w:end w:w="100" w:type="dxa"/>
              <w:left w:w="70" w:type="dxa"/>
              <w:right w:w="70" w:type="dxa"/>
            </w:tcMar>
            <w:shd w:fill="FFFFFF"/>
          </w:tcPr>
          <w:p w14:paraId="6EC7A88F" wp14:textId="77777777">
            <w:pPr>
              <w:spacing w:before="0" w:after="0" w:line="240" w:lineRule="auto"/>
            </w:pPr>
            <w:r/>
            <w:r>
              <w:rPr>
                <w:rFonts w:ascii="Aptos" w:hAnsi="Aptos"/>
                <w:b w:val="0"/>
                <w:sz w:val="18"/>
              </w:rPr>
              <w:t>_____ %  Unknown</w:t>
            </w:r>
          </w:p>
        </w:tc>
      </w:tr>
    </w:tbl>
    <w:tbl>
      <w:tblPr>
        <w:tblW w:w="5000" w:type="pct"/>
        <w:jc w:val="center"/>
        <w:tblLayout w:type="autofit"/>
        <w:tblLook w:val="04A0" w:firstRow="1" w:lastRow="0" w:firstColumn="1" w:lastColumn="0" w:noHBand="0" w:noVBand="1"/>
      </w:tblPr>
      <w:tblGrid>
        <w:gridCol w:w="10296"/>
      </w:tblGrid>
      <w:tr xmlns:wp14="http://schemas.microsoft.com/office/word/2010/wordml" w14:paraId="5A4C79BD" wp14:textId="77777777">
        <w:trPr/>
        <w:tc>
          <w:tcPr>
            <w:tcW w:w="0" w:type="auto"/>
            <w:shd w:fill="17365D"/>
            <w:tcMar>
              <w:top w:w="45" w:type="dxa"/>
              <w:start w:w="100" w:type="dxa"/>
              <w:bottom w:w="45" w:type="dxa"/>
              <w:end w:w="100" w:type="dxa"/>
              <w:left w:w="70" w:type="dxa"/>
              <w:right w:w="70" w:type="dxa"/>
            </w:tcMar>
            <w:vAlign w:val="center"/>
          </w:tcPr>
          <w:p w14:paraId="2F4FAB4A" wp14:textId="77777777">
            <w:pPr>
              <w:spacing w:before="0" w:after="0" w:line="240" w:lineRule="auto"/>
            </w:pPr>
            <w:r/>
            <w:r>
              <w:rPr>
                <w:rFonts w:ascii="Aptos" w:hAnsi="Aptos"/>
                <w:b/>
                <w:color w:val="FFFFFF"/>
                <w:sz w:val="22"/>
              </w:rPr>
              <w:t>AGE DATA</w:t>
            </w:r>
          </w:p>
          <w:p w14:paraId="120962F3" wp14:textId="77777777">
            <w:pPr>
              <w:spacing w:before="0" w:after="0" w:line="240" w:lineRule="auto"/>
            </w:pPr>
            <w:r>
              <w:rPr>
                <w:rFonts w:ascii="Aptos" w:hAnsi="Aptos"/>
                <w:color w:val="DCE6F1"/>
                <w:sz w:val="16"/>
              </w:rPr>
              <w:t>Enter the estimated percentage for each category.</w:t>
            </w:r>
          </w:p>
        </w:tc>
      </w:tr>
    </w:tbl>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49C1AEEE" wp14:textId="77777777">
        <w:trPr/>
        <w:tc>
          <w:tcPr>
            <w:tcW w:w="0" w:type="auto"/>
            <w:vAlign w:val="center"/>
            <w:tcMar>
              <w:top w:w="45" w:type="dxa"/>
              <w:start w:w="100" w:type="dxa"/>
              <w:bottom w:w="45" w:type="dxa"/>
              <w:end w:w="100" w:type="dxa"/>
              <w:left w:w="70" w:type="dxa"/>
              <w:right w:w="70" w:type="dxa"/>
            </w:tcMar>
            <w:shd w:fill="F5F7FA"/>
          </w:tcPr>
          <w:p w14:paraId="1879D123" wp14:textId="77777777">
            <w:pPr>
              <w:spacing w:before="0" w:after="0" w:line="240" w:lineRule="auto"/>
            </w:pPr>
            <w:r/>
            <w:r>
              <w:rPr>
                <w:rFonts w:ascii="Aptos" w:hAnsi="Aptos"/>
                <w:b w:val="0"/>
                <w:sz w:val="18"/>
              </w:rPr>
              <w:t>_____ %  Youth (0-5)</w:t>
            </w:r>
          </w:p>
        </w:tc>
        <w:tc>
          <w:tcPr>
            <w:tcW w:w="0" w:type="auto"/>
            <w:vAlign w:val="center"/>
            <w:tcMar>
              <w:top w:w="45" w:type="dxa"/>
              <w:start w:w="100" w:type="dxa"/>
              <w:bottom w:w="45" w:type="dxa"/>
              <w:end w:w="100" w:type="dxa"/>
              <w:left w:w="70" w:type="dxa"/>
              <w:right w:w="70" w:type="dxa"/>
            </w:tcMar>
            <w:shd w:fill="F5F7FA"/>
          </w:tcPr>
          <w:p w14:paraId="288FF789" wp14:textId="77777777">
            <w:pPr>
              <w:spacing w:before="0" w:after="0" w:line="240" w:lineRule="auto"/>
            </w:pPr>
            <w:r/>
            <w:r>
              <w:rPr>
                <w:rFonts w:ascii="Aptos" w:hAnsi="Aptos"/>
                <w:b w:val="0"/>
                <w:sz w:val="18"/>
              </w:rPr>
              <w:t>_____ %  Youth (5-18)</w:t>
            </w:r>
          </w:p>
        </w:tc>
      </w:tr>
      <w:tr xmlns:wp14="http://schemas.microsoft.com/office/word/2010/wordml" w14:paraId="147393E1" wp14:textId="77777777">
        <w:trPr/>
        <w:tc>
          <w:tcPr>
            <w:tcW w:w="0" w:type="auto"/>
            <w:vAlign w:val="center"/>
            <w:tcMar>
              <w:top w:w="45" w:type="dxa"/>
              <w:start w:w="100" w:type="dxa"/>
              <w:bottom w:w="45" w:type="dxa"/>
              <w:end w:w="100" w:type="dxa"/>
              <w:left w:w="70" w:type="dxa"/>
              <w:right w:w="70" w:type="dxa"/>
            </w:tcMar>
            <w:shd w:fill="FFFFFF"/>
          </w:tcPr>
          <w:p w14:paraId="4E2BD3F4" wp14:textId="77777777">
            <w:pPr>
              <w:spacing w:before="0" w:after="0" w:line="240" w:lineRule="auto"/>
            </w:pPr>
            <w:r/>
            <w:r>
              <w:rPr>
                <w:rFonts w:ascii="Aptos" w:hAnsi="Aptos"/>
                <w:b w:val="0"/>
                <w:sz w:val="18"/>
              </w:rPr>
              <w:t>_____ %  Young Adult (18-24)</w:t>
            </w:r>
          </w:p>
        </w:tc>
        <w:tc>
          <w:tcPr>
            <w:tcW w:w="0" w:type="auto"/>
            <w:vAlign w:val="center"/>
            <w:tcMar>
              <w:top w:w="45" w:type="dxa"/>
              <w:start w:w="100" w:type="dxa"/>
              <w:bottom w:w="45" w:type="dxa"/>
              <w:end w:w="100" w:type="dxa"/>
              <w:left w:w="70" w:type="dxa"/>
              <w:right w:w="70" w:type="dxa"/>
            </w:tcMar>
            <w:shd w:fill="FFFFFF"/>
          </w:tcPr>
          <w:p w14:paraId="014F4307" wp14:textId="77777777">
            <w:pPr>
              <w:spacing w:before="0" w:after="0" w:line="240" w:lineRule="auto"/>
            </w:pPr>
            <w:r/>
            <w:r>
              <w:rPr>
                <w:rFonts w:ascii="Aptos" w:hAnsi="Aptos"/>
                <w:b w:val="0"/>
                <w:sz w:val="18"/>
              </w:rPr>
              <w:t>_____ %  Adult (25-60)</w:t>
            </w:r>
          </w:p>
        </w:tc>
      </w:tr>
      <w:tr xmlns:wp14="http://schemas.microsoft.com/office/word/2010/wordml" w14:paraId="61936B29" wp14:textId="77777777">
        <w:trPr/>
        <w:tc>
          <w:tcPr>
            <w:tcW w:w="0" w:type="auto"/>
            <w:vAlign w:val="center"/>
            <w:tcMar>
              <w:top w:w="45" w:type="dxa"/>
              <w:start w:w="100" w:type="dxa"/>
              <w:bottom w:w="45" w:type="dxa"/>
              <w:end w:w="100" w:type="dxa"/>
              <w:left w:w="70" w:type="dxa"/>
              <w:right w:w="70" w:type="dxa"/>
            </w:tcMar>
            <w:shd w:fill="F5F7FA"/>
          </w:tcPr>
          <w:p w14:paraId="7382B096" wp14:textId="77777777">
            <w:pPr>
              <w:spacing w:before="0" w:after="0" w:line="240" w:lineRule="auto"/>
            </w:pPr>
            <w:r/>
            <w:r>
              <w:rPr>
                <w:rFonts w:ascii="Aptos" w:hAnsi="Aptos"/>
                <w:b w:val="0"/>
                <w:sz w:val="18"/>
              </w:rPr>
              <w:t>_____ %  Older Adult (60+)</w:t>
            </w:r>
          </w:p>
        </w:tc>
        <w:tc>
          <w:tcPr>
            <w:tcW w:w="0" w:type="auto"/>
            <w:vAlign w:val="center"/>
            <w:tcMar>
              <w:top w:w="45" w:type="dxa"/>
              <w:start w:w="100" w:type="dxa"/>
              <w:bottom w:w="45" w:type="dxa"/>
              <w:end w:w="100" w:type="dxa"/>
              <w:left w:w="70" w:type="dxa"/>
              <w:right w:w="70" w:type="dxa"/>
            </w:tcMar>
            <w:shd w:fill="F5F7FA"/>
          </w:tcPr>
          <w:p w14:paraId="42BFFEB5" wp14:textId="77777777">
            <w:pPr>
              <w:spacing w:before="0" w:after="0" w:line="240" w:lineRule="auto"/>
            </w:pPr>
            <w:r/>
            <w:r>
              <w:rPr>
                <w:rFonts w:ascii="Aptos" w:hAnsi="Aptos"/>
                <w:b w:val="0"/>
                <w:sz w:val="18"/>
              </w:rPr>
              <w:t>_____ %  Age Unknown</w:t>
            </w:r>
          </w:p>
        </w:tc>
      </w:tr>
    </w:tbl>
    <w:tbl>
      <w:tblPr>
        <w:tblW w:w="5000" w:type="pct"/>
        <w:jc w:val="center"/>
        <w:tblLayout w:type="autofit"/>
        <w:tblLook w:val="04A0" w:firstRow="1" w:lastRow="0" w:firstColumn="1" w:lastColumn="0" w:noHBand="0" w:noVBand="1"/>
      </w:tblPr>
      <w:tblGrid>
        <w:gridCol w:w="10296"/>
      </w:tblGrid>
      <w:tr xmlns:wp14="http://schemas.microsoft.com/office/word/2010/wordml" w14:paraId="4F47E311" wp14:textId="77777777">
        <w:trPr/>
        <w:tc>
          <w:tcPr>
            <w:tcW w:w="0" w:type="auto"/>
            <w:shd w:fill="17365D"/>
            <w:tcMar>
              <w:top w:w="45" w:type="dxa"/>
              <w:start w:w="100" w:type="dxa"/>
              <w:bottom w:w="45" w:type="dxa"/>
              <w:end w:w="100" w:type="dxa"/>
              <w:left w:w="70" w:type="dxa"/>
              <w:right w:w="70" w:type="dxa"/>
            </w:tcMar>
            <w:vAlign w:val="center"/>
          </w:tcPr>
          <w:p w14:paraId="70C29CAB" wp14:textId="77777777">
            <w:pPr>
              <w:spacing w:before="0" w:after="0" w:line="240" w:lineRule="auto"/>
            </w:pPr>
            <w:r/>
            <w:r>
              <w:rPr>
                <w:rFonts w:ascii="Aptos" w:hAnsi="Aptos"/>
                <w:b/>
                <w:color w:val="FFFFFF"/>
                <w:sz w:val="22"/>
              </w:rPr>
              <w:t>ADDITIONAL CLIENT DATA</w:t>
            </w:r>
          </w:p>
        </w:tc>
      </w:tr>
    </w:tbl>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32538626" wp14:textId="77777777">
        <w:trPr/>
        <w:tc>
          <w:tcPr>
            <w:tcW w:w="0" w:type="auto"/>
            <w:vAlign w:val="center"/>
            <w:tcMar>
              <w:top w:w="45" w:type="dxa"/>
              <w:start w:w="100" w:type="dxa"/>
              <w:bottom w:w="45" w:type="dxa"/>
              <w:end w:w="100" w:type="dxa"/>
              <w:left w:w="70" w:type="dxa"/>
              <w:right w:w="70" w:type="dxa"/>
            </w:tcMar>
            <w:shd w:fill="F5F7FA"/>
          </w:tcPr>
          <w:p w14:paraId="62C1882E" wp14:textId="77777777">
            <w:pPr>
              <w:spacing w:before="0" w:after="0" w:line="240" w:lineRule="auto"/>
            </w:pPr>
            <w:r/>
            <w:r>
              <w:rPr>
                <w:rFonts w:ascii="Aptos" w:hAnsi="Aptos"/>
                <w:b w:val="0"/>
                <w:sz w:val="18"/>
              </w:rPr>
              <w:t>_____ %  Individuals with Low Income</w:t>
            </w:r>
          </w:p>
        </w:tc>
        <w:tc>
          <w:tcPr>
            <w:tcW w:w="0" w:type="auto"/>
            <w:vAlign w:val="center"/>
            <w:tcMar>
              <w:top w:w="45" w:type="dxa"/>
              <w:start w:w="100" w:type="dxa"/>
              <w:bottom w:w="45" w:type="dxa"/>
              <w:end w:w="100" w:type="dxa"/>
              <w:left w:w="70" w:type="dxa"/>
              <w:right w:w="70" w:type="dxa"/>
            </w:tcMar>
            <w:shd w:fill="F5F7FA"/>
          </w:tcPr>
          <w:p w14:paraId="6EF1A1C2" wp14:textId="77777777">
            <w:pPr>
              <w:spacing w:before="0" w:after="0" w:line="240" w:lineRule="auto"/>
            </w:pPr>
            <w:r/>
            <w:r>
              <w:rPr>
                <w:rFonts w:ascii="Aptos" w:hAnsi="Aptos"/>
                <w:b w:val="0"/>
                <w:sz w:val="18"/>
              </w:rPr>
              <w:t>_____ %  Military Veterans</w:t>
            </w:r>
          </w:p>
        </w:tc>
      </w:tr>
      <w:tr xmlns:wp14="http://schemas.microsoft.com/office/word/2010/wordml" w14:paraId="100FF2EB" wp14:textId="77777777">
        <w:trPr/>
        <w:tc>
          <w:tcPr>
            <w:tcW w:w="0" w:type="auto"/>
            <w:vAlign w:val="center"/>
            <w:tcMar>
              <w:top w:w="45" w:type="dxa"/>
              <w:start w:w="100" w:type="dxa"/>
              <w:bottom w:w="45" w:type="dxa"/>
              <w:end w:w="100" w:type="dxa"/>
              <w:left w:w="70" w:type="dxa"/>
              <w:right w:w="70" w:type="dxa"/>
            </w:tcMar>
            <w:shd w:fill="FFFFFF"/>
          </w:tcPr>
          <w:p w14:paraId="69D1AE9E" wp14:textId="77777777">
            <w:pPr>
              <w:spacing w:before="0" w:after="0" w:line="240" w:lineRule="auto"/>
            </w:pPr>
            <w:r/>
            <w:r>
              <w:rPr>
                <w:rFonts w:ascii="Aptos" w:hAnsi="Aptos"/>
                <w:b w:val="0"/>
                <w:sz w:val="18"/>
              </w:rPr>
              <w:t>_____ %  Experiencing Homelessness</w:t>
            </w:r>
          </w:p>
        </w:tc>
        <w:tc>
          <w:tcPr>
            <w:tcW w:w="0" w:type="auto"/>
            <w:vAlign w:val="center"/>
            <w:tcMar>
              <w:top w:w="45" w:type="dxa"/>
              <w:start w:w="100" w:type="dxa"/>
              <w:bottom w:w="45" w:type="dxa"/>
              <w:end w:w="100" w:type="dxa"/>
              <w:left w:w="70" w:type="dxa"/>
              <w:right w:w="70" w:type="dxa"/>
            </w:tcMar>
            <w:shd w:fill="FFFFFF"/>
          </w:tcPr>
          <w:p w14:paraId="7FC3C0FB" wp14:textId="77777777">
            <w:pPr>
              <w:spacing w:before="0" w:after="0" w:line="240" w:lineRule="auto"/>
            </w:pPr>
            <w:r/>
            <w:r>
              <w:rPr>
                <w:rFonts w:ascii="Aptos" w:hAnsi="Aptos"/>
                <w:b w:val="0"/>
                <w:sz w:val="18"/>
              </w:rPr>
              <w:t>_____ %  Single-Family Households</w:t>
            </w:r>
          </w:p>
        </w:tc>
      </w:tr>
    </w:tbl>
    <w:p xmlns:wp14="http://schemas.microsoft.com/office/word/2010/wordml" w14:paraId="681D1549" wp14:textId="77777777">
      <w:pPr>
        <w:pStyle w:val="FormField"/>
        <w:keepLines/>
        <w:spacing w:before="0" w:after="40" w:line="240" w:lineRule="auto"/>
      </w:pPr>
      <w:r>
        <w:rPr>
          <w:b/>
          <w:color w:val="17365D"/>
        </w:rPr>
        <w:t>Average Number of Clients Served Weekly</w:t>
      </w:r>
      <w:r>
        <w:t xml:space="preserve">  ______________________________________________________________________</w:t>
      </w:r>
    </w:p>
    <w:tbl>
      <w:tblPr>
        <w:tblW w:w="5000" w:type="pct"/>
        <w:jc w:val="center"/>
        <w:tblLayout w:type="autofit"/>
        <w:tblLook w:val="04A0" w:firstRow="1" w:lastRow="0" w:firstColumn="1" w:lastColumn="0" w:noHBand="0" w:noVBand="1"/>
      </w:tblPr>
      <w:tblGrid>
        <w:gridCol w:w="10296"/>
      </w:tblGrid>
      <w:tr xmlns:wp14="http://schemas.microsoft.com/office/word/2010/wordml" w14:paraId="79D92832" wp14:textId="77777777">
        <w:trPr/>
        <w:tc>
          <w:tcPr>
            <w:tcW w:w="0" w:type="auto"/>
            <w:shd w:fill="17365D"/>
            <w:tcMar>
              <w:top w:w="45" w:type="dxa"/>
              <w:start w:w="100" w:type="dxa"/>
              <w:bottom w:w="45" w:type="dxa"/>
              <w:end w:w="100" w:type="dxa"/>
              <w:left w:w="70" w:type="dxa"/>
              <w:right w:w="70" w:type="dxa"/>
            </w:tcMar>
            <w:vAlign w:val="center"/>
          </w:tcPr>
          <w:p w14:paraId="0CACB6FA" wp14:textId="77777777">
            <w:pPr>
              <w:spacing w:before="0" w:after="0" w:line="240" w:lineRule="auto"/>
            </w:pPr>
            <w:r/>
            <w:r>
              <w:rPr>
                <w:rFonts w:ascii="Aptos" w:hAnsi="Aptos"/>
                <w:b/>
                <w:color w:val="FFFFFF"/>
                <w:sz w:val="22"/>
              </w:rPr>
              <w:t>FOOD DISTRIBUTION DATA</w:t>
            </w:r>
          </w:p>
          <w:p w14:paraId="49F36F1C" wp14:textId="77777777">
            <w:pPr>
              <w:spacing w:before="0" w:after="0" w:line="240" w:lineRule="auto"/>
            </w:pPr>
            <w:r>
              <w:rPr>
                <w:rFonts w:ascii="Aptos" w:hAnsi="Aptos"/>
                <w:color w:val="DCE6F1"/>
                <w:sz w:val="16"/>
              </w:rPr>
              <w:t>Enter the estimated percentage of total food distributed in each category.</w:t>
            </w:r>
          </w:p>
        </w:tc>
      </w:tr>
    </w:tbl>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510906E5" wp14:textId="77777777">
        <w:trPr/>
        <w:tc>
          <w:tcPr>
            <w:tcW w:w="0" w:type="auto"/>
            <w:vAlign w:val="center"/>
            <w:tcMar>
              <w:top w:w="45" w:type="dxa"/>
              <w:start w:w="100" w:type="dxa"/>
              <w:bottom w:w="45" w:type="dxa"/>
              <w:end w:w="100" w:type="dxa"/>
              <w:left w:w="70" w:type="dxa"/>
              <w:right w:w="70" w:type="dxa"/>
            </w:tcMar>
            <w:shd w:fill="F5F7FA"/>
          </w:tcPr>
          <w:p w14:paraId="26111276" wp14:textId="77777777">
            <w:pPr>
              <w:spacing w:before="0" w:after="0" w:line="240" w:lineRule="auto"/>
            </w:pPr>
            <w:r/>
            <w:r>
              <w:rPr>
                <w:rFonts w:ascii="Aptos" w:hAnsi="Aptos"/>
                <w:b w:val="0"/>
                <w:sz w:val="18"/>
              </w:rPr>
              <w:t>_____ %  Fresh Produce and Proteins</w:t>
            </w:r>
          </w:p>
        </w:tc>
        <w:tc>
          <w:tcPr>
            <w:tcW w:w="0" w:type="auto"/>
            <w:vAlign w:val="center"/>
            <w:tcMar>
              <w:top w:w="45" w:type="dxa"/>
              <w:start w:w="100" w:type="dxa"/>
              <w:bottom w:w="45" w:type="dxa"/>
              <w:end w:w="100" w:type="dxa"/>
              <w:left w:w="70" w:type="dxa"/>
              <w:right w:w="70" w:type="dxa"/>
            </w:tcMar>
            <w:shd w:fill="F5F7FA"/>
          </w:tcPr>
          <w:p w14:paraId="2F7F5661" wp14:textId="77777777">
            <w:pPr>
              <w:spacing w:before="0" w:after="0" w:line="240" w:lineRule="auto"/>
            </w:pPr>
            <w:r/>
            <w:r>
              <w:rPr>
                <w:rFonts w:ascii="Aptos" w:hAnsi="Aptos"/>
                <w:b w:val="0"/>
                <w:sz w:val="18"/>
              </w:rPr>
              <w:t>_____ %  Frozen Foods</w:t>
            </w:r>
          </w:p>
        </w:tc>
      </w:tr>
      <w:tr xmlns:wp14="http://schemas.microsoft.com/office/word/2010/wordml" w14:paraId="3EA003E7" wp14:textId="77777777">
        <w:trPr/>
        <w:tc>
          <w:tcPr>
            <w:tcW w:w="0" w:type="auto"/>
            <w:vAlign w:val="center"/>
            <w:tcMar>
              <w:top w:w="45" w:type="dxa"/>
              <w:start w:w="100" w:type="dxa"/>
              <w:bottom w:w="45" w:type="dxa"/>
              <w:end w:w="100" w:type="dxa"/>
              <w:left w:w="70" w:type="dxa"/>
              <w:right w:w="70" w:type="dxa"/>
            </w:tcMar>
            <w:shd w:fill="FFFFFF"/>
          </w:tcPr>
          <w:p w14:paraId="09C3B7D3" wp14:textId="77777777">
            <w:pPr>
              <w:spacing w:before="0" w:after="0" w:line="240" w:lineRule="auto"/>
            </w:pPr>
            <w:r/>
            <w:r>
              <w:rPr>
                <w:rFonts w:ascii="Aptos" w:hAnsi="Aptos"/>
                <w:b w:val="0"/>
                <w:sz w:val="18"/>
              </w:rPr>
              <w:t>_____ %  Dry Goods (Canned / Boxed)</w:t>
            </w:r>
          </w:p>
        </w:tc>
        <w:tc>
          <w:tcPr>
            <w:tcW w:w="0" w:type="auto"/>
            <w:vAlign w:val="center"/>
            <w:tcMar>
              <w:top w:w="45" w:type="dxa"/>
              <w:start w:w="100" w:type="dxa"/>
              <w:bottom w:w="45" w:type="dxa"/>
              <w:end w:w="100" w:type="dxa"/>
              <w:left w:w="70" w:type="dxa"/>
              <w:right w:w="70" w:type="dxa"/>
            </w:tcMar>
            <w:shd w:fill="FFFFFF"/>
          </w:tcPr>
          <w:p w14:paraId="09245C48" wp14:textId="77777777">
            <w:pPr>
              <w:spacing w:before="0" w:after="0" w:line="240" w:lineRule="auto"/>
            </w:pPr>
            <w:r/>
            <w:r>
              <w:rPr>
                <w:rFonts w:ascii="Aptos" w:hAnsi="Aptos"/>
                <w:b w:val="0"/>
                <w:sz w:val="18"/>
              </w:rPr>
              <w:t>_____ %  Bread / Baked Goods</w:t>
            </w:r>
          </w:p>
        </w:tc>
      </w:tr>
    </w:tbl>
    <w:tbl>
      <w:tblPr>
        <w:tblW w:w="5000" w:type="pct"/>
        <w:jc w:val="center"/>
        <w:tblLayout w:type="autofit"/>
        <w:tblLook w:val="04A0" w:firstRow="1" w:lastRow="0" w:firstColumn="1" w:lastColumn="0" w:noHBand="0" w:noVBand="1"/>
      </w:tblPr>
      <w:tblGrid>
        <w:gridCol w:w="10296"/>
      </w:tblGrid>
      <w:tr xmlns:wp14="http://schemas.microsoft.com/office/word/2010/wordml" w14:paraId="4DA2B06B" wp14:textId="77777777">
        <w:trPr/>
        <w:tc>
          <w:tcPr>
            <w:tcW w:w="0" w:type="auto"/>
            <w:shd w:fill="17365D"/>
            <w:tcMar>
              <w:top w:w="45" w:type="dxa"/>
              <w:start w:w="100" w:type="dxa"/>
              <w:bottom w:w="45" w:type="dxa"/>
              <w:end w:w="100" w:type="dxa"/>
              <w:left w:w="70" w:type="dxa"/>
              <w:right w:w="70" w:type="dxa"/>
            </w:tcMar>
            <w:vAlign w:val="center"/>
          </w:tcPr>
          <w:p w14:paraId="241EF3E7" wp14:textId="77777777">
            <w:pPr>
              <w:spacing w:before="0" w:after="0" w:line="240" w:lineRule="auto"/>
            </w:pPr>
            <w:r/>
            <w:r>
              <w:rPr>
                <w:rFonts w:ascii="Aptos" w:hAnsi="Aptos"/>
                <w:b/>
                <w:color w:val="FFFFFF"/>
                <w:sz w:val="22"/>
              </w:rPr>
              <w:t>CERTIFICATION AND SUBMISSION</w:t>
            </w:r>
          </w:p>
        </w:tc>
      </w:tr>
    </w:tbl>
    <w:p xmlns:wp14="http://schemas.microsoft.com/office/word/2010/wordml" w14:paraId="1C722703" wp14:textId="77777777">
      <w:pPr>
        <w:spacing w:after="40" w:before="0" w:line="240" w:lineRule="auto"/>
      </w:pPr>
      <w:r>
        <w:t>I certify that the information provided in this application is accurate to the best of my knowledge and understand that City Harvest may request updated information when needed.</w:t>
      </w:r>
    </w:p>
    <w:tbl>
      <w:tblPr>
        <w:tblW w:w="5000" w:type="pct"/>
        <w:tblLayout w:type="autofit"/>
        <w:tblLook w:val="04A0" w:firstRow="1" w:lastRow="0" w:firstColumn="1" w:lastColumn="0" w:noHBand="0" w:noVBand="1"/>
        <w:jc w:val="center"/>
        <w:tblBorders>
          <w:top w:val="single" w:color="D8E0E8" w:sz="4"/>
          <w:left w:val="single" w:color="D8E0E8" w:sz="4"/>
          <w:bottom w:val="single" w:color="D8E0E8" w:sz="4"/>
          <w:right w:val="single" w:color="D8E0E8" w:sz="4"/>
          <w:insideH w:val="single" w:color="D8E0E8" w:sz="4"/>
          <w:insideV w:val="single" w:color="D8E0E8" w:sz="4"/>
        </w:tblBorders>
      </w:tblPr>
      <w:tblGrid>
        <w:gridCol w:w="5184"/>
        <w:gridCol w:w="5184"/>
      </w:tblGrid>
      <w:tr xmlns:wp14="http://schemas.microsoft.com/office/word/2010/wordml" w14:paraId="54B77444" wp14:textId="77777777">
        <w:trPr/>
        <w:tc>
          <w:tcPr>
            <w:tcW w:w="0" w:type="auto"/>
            <w:vAlign w:val="center"/>
            <w:tcMar>
              <w:top w:w="45" w:type="dxa"/>
              <w:start w:w="100" w:type="dxa"/>
              <w:bottom w:w="45" w:type="dxa"/>
              <w:end w:w="100" w:type="dxa"/>
              <w:left w:w="70" w:type="dxa"/>
              <w:right w:w="70" w:type="dxa"/>
            </w:tcMar>
          </w:tcPr>
          <w:p w14:paraId="71041492" wp14:textId="77777777">
            <w:pPr>
              <w:spacing w:before="0" w:after="0" w:line="240" w:lineRule="auto"/>
            </w:pPr>
            <w:r/>
            <w:r>
              <w:rPr>
                <w:rFonts w:ascii="Aptos" w:hAnsi="Aptos"/>
                <w:b/>
                <w:color w:val="17365D"/>
                <w:sz w:val="17"/>
              </w:rPr>
              <w:t>Agency Director / Authorized Representative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37496E7F" wp14:textId="77777777">
            <w:pPr>
              <w:spacing w:before="0" w:after="0" w:line="240" w:lineRule="auto"/>
            </w:pPr>
            <w:r/>
            <w:r>
              <w:rPr>
                <w:rFonts w:ascii="Aptos" w:hAnsi="Aptos"/>
                <w:b/>
                <w:color w:val="17365D"/>
                <w:sz w:val="17"/>
              </w:rPr>
              <w:t>Title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r>
      <w:tr xmlns:wp14="http://schemas.microsoft.com/office/word/2010/wordml" w14:paraId="35C817F4" wp14:textId="77777777">
        <w:trPr/>
        <w:tc>
          <w:tcPr>
            <w:tcW w:w="0" w:type="auto"/>
            <w:vAlign w:val="center"/>
            <w:tcMar>
              <w:top w:w="45" w:type="dxa"/>
              <w:start w:w="100" w:type="dxa"/>
              <w:bottom w:w="45" w:type="dxa"/>
              <w:end w:w="100" w:type="dxa"/>
              <w:left w:w="70" w:type="dxa"/>
              <w:right w:w="70" w:type="dxa"/>
            </w:tcMar>
          </w:tcPr>
          <w:p w14:paraId="47131739" wp14:textId="77777777">
            <w:pPr>
              <w:spacing w:before="0" w:after="0" w:line="240" w:lineRule="auto"/>
            </w:pPr>
            <w:r/>
            <w:r>
              <w:rPr>
                <w:rFonts w:ascii="Aptos" w:hAnsi="Aptos"/>
                <w:b/>
                <w:color w:val="17365D"/>
                <w:sz w:val="17"/>
              </w:rPr>
              <w:t>Signature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c>
          <w:tcPr>
            <w:tcW w:w="0" w:type="auto"/>
            <w:vAlign w:val="center"/>
            <w:tcMar>
              <w:top w:w="45" w:type="dxa"/>
              <w:start w:w="100" w:type="dxa"/>
              <w:bottom w:w="45" w:type="dxa"/>
              <w:end w:w="100" w:type="dxa"/>
              <w:left w:w="70" w:type="dxa"/>
              <w:right w:w="70" w:type="dxa"/>
            </w:tcMar>
          </w:tcPr>
          <w:p w14:paraId="234064F5" wp14:textId="77777777">
            <w:pPr>
              <w:spacing w:before="0" w:after="0" w:line="240" w:lineRule="auto"/>
            </w:pPr>
            <w:r/>
            <w:r>
              <w:rPr>
                <w:rFonts w:ascii="Aptos" w:hAnsi="Aptos"/>
                <w:b/>
                <w:color w:val="17365D"/>
                <w:sz w:val="17"/>
              </w:rPr>
              <w:t>Date</w:t>
            </w:r>
            <w:r>
              <w:rPr>
                <w:rFonts w:ascii="Aptos" w:hAnsi="Aptos"/>
                <w:b/>
                <w:color w:val="17365D"/>
                <w:sz w:val="17"/>
              </w:rPr>
              <w:br/>
            </w:r>
            <w:r>
              <w:rPr>
                <w:rFonts w:ascii="Aptos" w:hAnsi="Aptos"/>
                <w:b/>
                <w:color w:val="17365D"/>
                <w:sz w:val="17"/>
              </w:rPr>
              <w:br/>
            </w:r>
            <w:r>
              <w:rPr>
                <w:rFonts w:ascii="Aptos" w:hAnsi="Aptos"/>
                <w:b/>
                <w:color w:val="17365D"/>
                <w:sz w:val="17"/>
              </w:rPr>
              <w:t>________________________________</w:t>
            </w:r>
          </w:p>
        </w:tc>
      </w:tr>
    </w:tbl>
    <w:sectPr w:rsidRPr="0006063C" w:rsidR="00FC693F" w:rsidSect="00034616">
      <w:footerReference w:type="default" r:id="rId9"/>
      <w:headerReference w:type="default" r:id="rId10"/>
      <w:pgSz w:w="12240" w:h="15840" w:orient="portrait"/>
      <w:pgMar w:top="648" w:right="720" w:bottom="648" w:left="720"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261E164A" wp14:textId="77777777">
    <w:pPr>
      <w:pStyle w:val="Footer"/>
      <w:jc w:val="center"/>
    </w:pPr>
    <w:r>
      <w:rPr>
        <w:color w:val="5B6573"/>
        <w:sz w:val="16"/>
      </w:rPr>
      <w:t xml:space="preserve">CITY HARVEST  |  2026 AGENCY APPLICATION  |  </w:t>
    </w:r>
    <w:r>
      <w:fldChar w:fldCharType="begin"/>
    </w:r>
    <w:r>
      <w:instrText>PAGE</w:instrText>
    </w:r>
    <w:r>
      <w:fldChar w:fldCharType="separate"/>
    </w:r>
    <w: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mc:Ignorable="w14 wp14">
  <w:p xmlns:wp14="http://schemas.microsoft.com/office/word/2010/wordml" w14:paraId="02EB378F" wp14:textId="77777777">
    <w:pPr>
      <w:pStyle w:val="Header"/>
      <w:spacing w:before="0" w:after="0"/>
      <w:jc w:val="right"/>
    </w:pPr>
    <w:r>
      <w:drawing>
        <wp:inline xmlns:a="http://schemas.openxmlformats.org/drawingml/2006/main" xmlns:pic="http://schemas.openxmlformats.org/drawingml/2006/picture" xmlns:wp14="http://schemas.microsoft.com/office/word/2010/wordprocessingDrawing" wp14:anchorId="02268F3A" wp14:editId="7777777">
          <wp:extent cx="621792" cy="606282"/>
          <wp:docPr id="1" name="Picture 1"/>
          <wp:cNvGraphicFramePr>
            <a:graphicFrameLocks noChangeAspect="1"/>
          </wp:cNvGraphicFramePr>
          <a:graphic>
            <a:graphicData uri="http://schemas.openxmlformats.org/drawingml/2006/picture">
              <pic:pic>
                <pic:nvPicPr>
                  <pic:cNvPr id="0" name="Screenshot 2026-01-29 090500.png"/>
                  <pic:cNvPicPr/>
                </pic:nvPicPr>
                <pic:blipFill>
                  <a:blip r:embed="rId1"/>
                  <a:stretch>
                    <a:fillRect/>
                  </a:stretch>
                </pic:blipFill>
                <pic:spPr>
                  <a:xfrm>
                    <a:off x="0" y="0"/>
                    <a:ext cx="621792" cy="606282"/>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75B949"/>
    <w:rsid w:val="05E3E02E"/>
    <w:rsid w:val="0729FDB3"/>
    <w:rsid w:val="08BF76F9"/>
    <w:rsid w:val="0CB189EA"/>
    <w:rsid w:val="0EC4EE5B"/>
    <w:rsid w:val="0F407A45"/>
    <w:rsid w:val="0FACC2ED"/>
    <w:rsid w:val="0FACC2ED"/>
    <w:rsid w:val="0FDF0A37"/>
    <w:rsid w:val="16F7369C"/>
    <w:rsid w:val="172176FE"/>
    <w:rsid w:val="172F2E06"/>
    <w:rsid w:val="1916E676"/>
    <w:rsid w:val="23A3341E"/>
    <w:rsid w:val="296B823B"/>
    <w:rsid w:val="2AD4CD8A"/>
    <w:rsid w:val="2F4B317B"/>
    <w:rsid w:val="30D1BFF7"/>
    <w:rsid w:val="30D1BFF7"/>
    <w:rsid w:val="3109C093"/>
    <w:rsid w:val="32F4931C"/>
    <w:rsid w:val="3574DDFD"/>
    <w:rsid w:val="397942CC"/>
    <w:rsid w:val="3A088847"/>
    <w:rsid w:val="3D5C2A2C"/>
    <w:rsid w:val="3DE85AC2"/>
    <w:rsid w:val="4194B852"/>
    <w:rsid w:val="42C921F7"/>
    <w:rsid w:val="442D1CD9"/>
    <w:rsid w:val="491FAC4D"/>
    <w:rsid w:val="491FAC4D"/>
    <w:rsid w:val="4AB37D58"/>
    <w:rsid w:val="5277FFC4"/>
    <w:rsid w:val="52FB33A1"/>
    <w:rsid w:val="53D8084E"/>
    <w:rsid w:val="55D40C17"/>
    <w:rsid w:val="57BACFE0"/>
    <w:rsid w:val="5D74E68B"/>
    <w:rsid w:val="606A8BEB"/>
    <w:rsid w:val="606A8BEB"/>
    <w:rsid w:val="60E54A0E"/>
    <w:rsid w:val="61409B7D"/>
    <w:rsid w:val="6832FCCB"/>
    <w:rsid w:val="6CE8E7FA"/>
    <w:rsid w:val="6EDC00C6"/>
    <w:rsid w:val="6FBDC4FF"/>
    <w:rsid w:val="7486E33B"/>
    <w:rsid w:val="7851D510"/>
    <w:rsid w:val="7851D5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8C0FE9F8-01AA-45E4-B08B-A42CB1EA5D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after="80"/>
    </w:pPr>
    <w:rPr>
      <w:rFonts w:ascii="Aptos" w:hAnsi="Aptos"/>
      <w:color w:val="27313F"/>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rmField" w:customStyle="1">
    <w:name w:val="Form Field"/>
    <w:pPr>
      <w:spacing w:after="140"/>
    </w:pPr>
    <w:rPr>
      <w:rFonts w:ascii="Aptos" w:hAnsi="Aptos"/>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D615E3CCDEC834FBA375E1BE94DA36F" ma:contentTypeVersion="17" ma:contentTypeDescription="Create a new document." ma:contentTypeScope="" ma:versionID="6f69d7156f2d1fd2d13615ebdb4d387c">
  <xsd:schema xmlns:xsd="http://www.w3.org/2001/XMLSchema" xmlns:xs="http://www.w3.org/2001/XMLSchema" xmlns:p="http://schemas.microsoft.com/office/2006/metadata/properties" xmlns:ns1="http://schemas.microsoft.com/sharepoint/v3" xmlns:ns2="23519484-8cb7-44e3-bb2b-2c6b4bb36ddc" xmlns:ns3="64255c47-9eee-479c-817e-4afaabba9088" targetNamespace="http://schemas.microsoft.com/office/2006/metadata/properties" ma:root="true" ma:fieldsID="315c4d84f11d7eac0e3f6217d7faf3e0" ns1:_="" ns2:_="" ns3:_="">
    <xsd:import namespace="http://schemas.microsoft.com/sharepoint/v3"/>
    <xsd:import namespace="23519484-8cb7-44e3-bb2b-2c6b4bb36ddc"/>
    <xsd:import namespace="64255c47-9eee-479c-817e-4afaabba908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519484-8cb7-44e3-bb2b-2c6b4bb36dd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b7619e3-c007-4522-a21d-c1c7b7952d0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255c47-9eee-479c-817e-4afaabba908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d1a8434-8582-4633-83ea-1e1145c53016}" ma:internalName="TaxCatchAll" ma:showField="CatchAllData" ma:web="64255c47-9eee-479c-817e-4afaabba908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4255c47-9eee-479c-817e-4afaabba9088" xsi:nil="true"/>
    <_ip_UnifiedCompliancePolicyProperties xmlns="http://schemas.microsoft.com/sharepoint/v3" xsi:nil="true"/>
    <lcf76f155ced4ddcb4097134ff3c332f xmlns="23519484-8cb7-44e3-bb2b-2c6b4bb36d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CF43E4B-F14D-4303-ADAC-22EAE0A54737}"/>
</file>

<file path=customXml/itemProps3.xml><?xml version="1.0" encoding="utf-8"?>
<ds:datastoreItem xmlns:ds="http://schemas.openxmlformats.org/officeDocument/2006/customXml" ds:itemID="{D7DED6AD-00C6-4CA0-8DE0-80109E17B870}"/>
</file>

<file path=customXml/itemProps4.xml><?xml version="1.0" encoding="utf-8"?>
<ds:datastoreItem xmlns:ds="http://schemas.openxmlformats.org/officeDocument/2006/customXml" ds:itemID="{39B36BBB-77D9-4743-8468-DF2FFBDCF8A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Harvest 2026 Agency Application</dc:title>
  <dc:subject>Professional agency application form</dc:subject>
  <dc:creator>Jason Medrano</dc:creator>
  <cp:keywords/>
  <dc:description>generated by python-docx</dc:description>
  <cp:lastModifiedBy>Jason Medrano</cp:lastModifiedBy>
  <cp:revision>5</cp:revision>
  <dcterms:created xsi:type="dcterms:W3CDTF">2026-10-02T19:19:26Z</dcterms:created>
  <dcterms:modified xsi:type="dcterms:W3CDTF">2026-10-02T19:19:26Z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0x0101001D615E3CCDEC834FBA375E1BE94DA36F</vt:lpwstr>
  </property>
</Properties>
</file>